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8F" w:rsidRPr="002930E5" w:rsidRDefault="00597771">
      <w:pPr>
        <w:pStyle w:val="Ttulo"/>
        <w:rPr>
          <w:lang w:val="es-AR"/>
        </w:rPr>
      </w:pPr>
      <w:r>
        <w:rPr>
          <w:lang w:val="es-AR"/>
        </w:rPr>
        <w:t xml:space="preserve">                           </w:t>
      </w:r>
      <w:r w:rsidR="00433273" w:rsidRPr="002930E5">
        <w:rPr>
          <w:lang w:val="es-AR"/>
        </w:rPr>
        <w:t>Hoja de trabajo del participante</w:t>
      </w:r>
    </w:p>
    <w:p w:rsidR="00527E8F" w:rsidRPr="003C6A81" w:rsidRDefault="00597771">
      <w:pPr>
        <w:pStyle w:val="Subttulo"/>
        <w:rPr>
          <w:sz w:val="24"/>
          <w:lang w:val="es-AR"/>
        </w:rPr>
      </w:pPr>
      <w:r>
        <w:rPr>
          <w:sz w:val="24"/>
          <w:lang w:val="es-AR"/>
        </w:rPr>
        <w:t xml:space="preserve">                                 </w:t>
      </w:r>
      <w:r w:rsidR="00433273" w:rsidRPr="003C6A81">
        <w:rPr>
          <w:sz w:val="24"/>
          <w:lang w:val="es-AR"/>
        </w:rPr>
        <w:t>Clase 2 | Curso de Liderazgo Ágil 2026 | Módulo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527E8F" w:rsidRPr="00EE2AB1">
        <w:trPr>
          <w:jc w:val="center"/>
        </w:trPr>
        <w:tc>
          <w:tcPr>
            <w:tcW w:w="9858" w:type="dxa"/>
            <w:tcBorders>
              <w:left w:val="single" w:sz="10" w:space="0" w:color="00774F"/>
            </w:tcBorders>
            <w:shd w:val="clear" w:color="auto" w:fill="EAF5F0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27E8F" w:rsidRPr="00BB1B79" w:rsidRDefault="00433273">
            <w:pPr>
              <w:rPr>
                <w:sz w:val="28"/>
                <w:szCs w:val="28"/>
                <w:lang w:val="es-AR"/>
              </w:rPr>
            </w:pPr>
            <w:r w:rsidRPr="00BB1B79">
              <w:rPr>
                <w:color w:val="21433A"/>
                <w:sz w:val="28"/>
                <w:szCs w:val="28"/>
                <w:lang w:val="es-AR"/>
              </w:rPr>
              <w:t>Esta hoja acompaña la experiencia de clase. Vas a usarla para observar tu forma de priorizar, traducir urgencias a criterios de valor y definir un foco quincenal realista.</w:t>
            </w:r>
          </w:p>
        </w:tc>
      </w:tr>
    </w:tbl>
    <w:p w:rsidR="00527E8F" w:rsidRPr="00BB1B79" w:rsidRDefault="00527E8F" w:rsidP="003C2DD6">
      <w:pPr>
        <w:jc w:val="center"/>
        <w:rPr>
          <w:sz w:val="28"/>
          <w:szCs w:val="28"/>
          <w:lang w:val="es-AR"/>
        </w:rPr>
      </w:pPr>
    </w:p>
    <w:p w:rsidR="00527E8F" w:rsidRPr="00BB1B79" w:rsidRDefault="00433273" w:rsidP="003C2DD6">
      <w:pPr>
        <w:jc w:val="center"/>
        <w:rPr>
          <w:sz w:val="28"/>
          <w:szCs w:val="28"/>
          <w:lang w:val="es-AR"/>
        </w:rPr>
      </w:pPr>
      <w:r w:rsidRPr="00BB1B79">
        <w:rPr>
          <w:sz w:val="28"/>
          <w:szCs w:val="28"/>
          <w:lang w:val="es-AR"/>
        </w:rPr>
        <w:t>La invitación de esta clase es simple: mirar cómo priorizás hoy y con qué criterio elegís dónde poner tiempo, energía y atención. No se trata de hacer más, sino de elegir mejor.</w:t>
      </w:r>
    </w:p>
    <w:p w:rsidR="00527E8F" w:rsidRPr="00BB1B79" w:rsidRDefault="00433273">
      <w:pPr>
        <w:pStyle w:val="Ttulo1"/>
        <w:rPr>
          <w:lang w:val="es-AR"/>
        </w:rPr>
      </w:pPr>
      <w:r w:rsidRPr="00BB1B79">
        <w:rPr>
          <w:lang w:val="es-AR"/>
        </w:rPr>
        <w:t>1. Apertura: lo que observé de mi forma de priorizar</w:t>
      </w:r>
    </w:p>
    <w:p w:rsidR="00527E8F" w:rsidRPr="00BB1B79" w:rsidRDefault="00433273">
      <w:pPr>
        <w:rPr>
          <w:sz w:val="28"/>
          <w:szCs w:val="28"/>
          <w:lang w:val="es-AR"/>
        </w:rPr>
      </w:pPr>
      <w:proofErr w:type="spellStart"/>
      <w:r w:rsidRPr="00BB1B79">
        <w:rPr>
          <w:sz w:val="28"/>
          <w:szCs w:val="28"/>
          <w:lang w:val="es-AR"/>
        </w:rPr>
        <w:t>Tomá</w:t>
      </w:r>
      <w:proofErr w:type="spellEnd"/>
      <w:r w:rsidRPr="00BB1B79">
        <w:rPr>
          <w:sz w:val="28"/>
          <w:szCs w:val="28"/>
          <w:lang w:val="es-AR"/>
        </w:rPr>
        <w:t xml:space="preserve"> unos minutos para registrar lo que apareció entre la Clase 1 y hoy.</w:t>
      </w:r>
    </w:p>
    <w:p w:rsidR="00527E8F" w:rsidRPr="00BB1B79" w:rsidRDefault="00433273">
      <w:pPr>
        <w:rPr>
          <w:sz w:val="28"/>
          <w:szCs w:val="28"/>
          <w:lang w:val="es-AR"/>
        </w:rPr>
      </w:pPr>
      <w:r w:rsidRPr="00BB1B79">
        <w:rPr>
          <w:b/>
          <w:sz w:val="28"/>
          <w:szCs w:val="28"/>
          <w:lang w:val="es-AR"/>
        </w:rPr>
        <w:t>¿Qué observé de mi manera de priorizar en estas dos semanas?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E454EB">
        <w:rPr>
          <w:sz w:val="28"/>
          <w:szCs w:val="28"/>
          <w:lang w:val="es-AR"/>
        </w:rPr>
        <w:t>_________________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DA22D9" w:rsidRPr="00707EF2">
        <w:rPr>
          <w:sz w:val="28"/>
          <w:szCs w:val="28"/>
          <w:lang w:val="es-AR"/>
        </w:rPr>
        <w:t>__</w:t>
      </w:r>
      <w:r w:rsidR="00E454EB">
        <w:rPr>
          <w:sz w:val="28"/>
          <w:szCs w:val="28"/>
          <w:lang w:val="es-AR"/>
        </w:rPr>
        <w:t>_______________</w:t>
      </w:r>
    </w:p>
    <w:p w:rsidR="009439FD" w:rsidRDefault="009439FD">
      <w:pPr>
        <w:rPr>
          <w:b/>
          <w:sz w:val="28"/>
          <w:szCs w:val="28"/>
          <w:lang w:val="es-AR"/>
        </w:rPr>
      </w:pPr>
    </w:p>
    <w:p w:rsidR="00527E8F" w:rsidRPr="00707EF2" w:rsidRDefault="00433273">
      <w:pPr>
        <w:rPr>
          <w:sz w:val="28"/>
          <w:szCs w:val="28"/>
          <w:lang w:val="es-AR"/>
        </w:rPr>
      </w:pPr>
      <w:r w:rsidRPr="00707EF2">
        <w:rPr>
          <w:b/>
          <w:sz w:val="28"/>
          <w:szCs w:val="28"/>
          <w:lang w:val="es-AR"/>
        </w:rPr>
        <w:t>¿Dónde me vi más reactivo o disperso?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8875F2">
        <w:rPr>
          <w:sz w:val="28"/>
          <w:szCs w:val="28"/>
          <w:lang w:val="es-AR"/>
        </w:rPr>
        <w:t>_________________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8875F2">
        <w:rPr>
          <w:sz w:val="28"/>
          <w:szCs w:val="28"/>
          <w:lang w:val="es-AR"/>
        </w:rPr>
        <w:t>_________________</w:t>
      </w:r>
    </w:p>
    <w:p w:rsidR="009439FD" w:rsidRDefault="009439FD">
      <w:pPr>
        <w:rPr>
          <w:b/>
          <w:sz w:val="28"/>
          <w:szCs w:val="28"/>
          <w:lang w:val="es-AR"/>
        </w:rPr>
      </w:pPr>
    </w:p>
    <w:p w:rsidR="00527E8F" w:rsidRPr="00707EF2" w:rsidRDefault="00433273">
      <w:pPr>
        <w:rPr>
          <w:sz w:val="28"/>
          <w:szCs w:val="28"/>
          <w:lang w:val="es-AR"/>
        </w:rPr>
      </w:pPr>
      <w:r w:rsidRPr="00707EF2">
        <w:rPr>
          <w:b/>
          <w:sz w:val="28"/>
          <w:szCs w:val="28"/>
          <w:lang w:val="es-AR"/>
        </w:rPr>
        <w:t>¿Qué tarea, conversación o decisión me mostró algo importante sobre mi foco?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0417A9">
        <w:rPr>
          <w:sz w:val="28"/>
          <w:szCs w:val="28"/>
          <w:lang w:val="es-AR"/>
        </w:rPr>
        <w:t>_________________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0417A9">
        <w:rPr>
          <w:sz w:val="28"/>
          <w:szCs w:val="28"/>
          <w:lang w:val="es-AR"/>
        </w:rPr>
        <w:t>_________________</w:t>
      </w:r>
    </w:p>
    <w:p w:rsidR="00BD54B6" w:rsidRDefault="00BD54B6" w:rsidP="00BD54B6">
      <w:pPr>
        <w:rPr>
          <w:rFonts w:asciiTheme="majorHAnsi" w:eastAsiaTheme="majorEastAsia" w:hAnsiTheme="majorHAnsi" w:cstheme="majorBidi"/>
          <w:b/>
          <w:bCs/>
          <w:color w:val="00774F"/>
          <w:sz w:val="28"/>
          <w:szCs w:val="28"/>
          <w:lang w:val="es-AR"/>
        </w:rPr>
      </w:pPr>
    </w:p>
    <w:p w:rsidR="00DC3C7A" w:rsidRDefault="00DC3C7A" w:rsidP="00BD54B6">
      <w:pPr>
        <w:rPr>
          <w:rFonts w:asciiTheme="majorHAnsi" w:eastAsiaTheme="majorEastAsia" w:hAnsiTheme="majorHAnsi" w:cstheme="majorBidi"/>
          <w:b/>
          <w:bCs/>
          <w:color w:val="00774F"/>
          <w:sz w:val="28"/>
          <w:szCs w:val="28"/>
          <w:lang w:val="es-AR"/>
        </w:rPr>
      </w:pPr>
    </w:p>
    <w:p w:rsidR="00DC3C7A" w:rsidRDefault="00DC3C7A" w:rsidP="00BD54B6">
      <w:pPr>
        <w:rPr>
          <w:rFonts w:asciiTheme="majorHAnsi" w:eastAsiaTheme="majorEastAsia" w:hAnsiTheme="majorHAnsi" w:cstheme="majorBidi"/>
          <w:b/>
          <w:bCs/>
          <w:color w:val="00774F"/>
          <w:sz w:val="28"/>
          <w:szCs w:val="28"/>
          <w:lang w:val="es-AR"/>
        </w:rPr>
      </w:pPr>
    </w:p>
    <w:p w:rsidR="008E1FCE" w:rsidRDefault="008E1FCE">
      <w:pPr>
        <w:pStyle w:val="Ttulo1"/>
        <w:rPr>
          <w:sz w:val="32"/>
          <w:szCs w:val="32"/>
          <w:lang w:val="es-AR"/>
        </w:rPr>
      </w:pPr>
    </w:p>
    <w:p w:rsidR="00527E8F" w:rsidRPr="00E27A25" w:rsidRDefault="009A06CF">
      <w:pPr>
        <w:pStyle w:val="Ttulo1"/>
        <w:rPr>
          <w:sz w:val="32"/>
          <w:szCs w:val="32"/>
          <w:lang w:val="es-AR"/>
        </w:rPr>
      </w:pPr>
      <w:r>
        <w:rPr>
          <w:sz w:val="32"/>
          <w:szCs w:val="32"/>
          <w:lang w:val="es-AR"/>
        </w:rPr>
        <w:t xml:space="preserve">2. </w:t>
      </w:r>
      <w:r w:rsidR="00433273" w:rsidRPr="00E27A25">
        <w:rPr>
          <w:sz w:val="32"/>
          <w:szCs w:val="32"/>
          <w:lang w:val="es-AR"/>
        </w:rPr>
        <w:t>Matriz de Eisenhower aplicada</w:t>
      </w:r>
    </w:p>
    <w:p w:rsidR="00D65E7A" w:rsidRDefault="00433273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 xml:space="preserve">Usá esta matriz para traducir tareas y conversaciones a un criterio visual. </w:t>
      </w:r>
    </w:p>
    <w:p w:rsidR="00527E8F" w:rsidRPr="008B5C52" w:rsidRDefault="00433273">
      <w:pPr>
        <w:rPr>
          <w:sz w:val="28"/>
          <w:szCs w:val="28"/>
          <w:lang w:val="es-AR"/>
        </w:rPr>
      </w:pPr>
      <w:r w:rsidRPr="008B5C52">
        <w:rPr>
          <w:sz w:val="28"/>
          <w:szCs w:val="28"/>
          <w:lang w:val="es-AR"/>
        </w:rPr>
        <w:t>Podés escribir ejemplos propios o surgidos de la subasta.</w:t>
      </w:r>
    </w:p>
    <w:p w:rsidR="00E519C0" w:rsidRPr="008B5C52" w:rsidRDefault="00E519C0">
      <w:pPr>
        <w:rPr>
          <w:sz w:val="28"/>
          <w:szCs w:val="28"/>
          <w:lang w:val="es-AR"/>
        </w:rPr>
      </w:pPr>
    </w:p>
    <w:tbl>
      <w:tblPr>
        <w:tblW w:w="11729" w:type="dxa"/>
        <w:jc w:val="center"/>
        <w:tblLayout w:type="fixed"/>
        <w:tblLook w:val="04A0" w:firstRow="1" w:lastRow="0" w:firstColumn="1" w:lastColumn="0" w:noHBand="0" w:noVBand="1"/>
      </w:tblPr>
      <w:tblGrid>
        <w:gridCol w:w="1895"/>
        <w:gridCol w:w="4917"/>
        <w:gridCol w:w="4917"/>
      </w:tblGrid>
      <w:tr w:rsidR="00527E8F" w:rsidRPr="00EE2AB1" w:rsidTr="00D17BB5">
        <w:trPr>
          <w:trHeight w:val="695"/>
          <w:jc w:val="center"/>
        </w:trPr>
        <w:tc>
          <w:tcPr>
            <w:tcW w:w="1895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27E8F" w:rsidRPr="008B5C52" w:rsidRDefault="00527E8F">
            <w:pPr>
              <w:rPr>
                <w:sz w:val="28"/>
                <w:szCs w:val="28"/>
                <w:lang w:val="es-AR"/>
              </w:rPr>
            </w:pPr>
          </w:p>
        </w:tc>
        <w:tc>
          <w:tcPr>
            <w:tcW w:w="4917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shd w:val="clear" w:color="auto" w:fill="CFE8D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B5C52" w:rsidRPr="008B5C52" w:rsidRDefault="00C65432" w:rsidP="008B5C52">
            <w:pPr>
              <w:rPr>
                <w:b/>
                <w:color w:val="21433A"/>
                <w:sz w:val="32"/>
                <w:szCs w:val="32"/>
                <w:lang w:val="es-AR"/>
              </w:rPr>
            </w:pPr>
            <w:r w:rsidRPr="008B5C52">
              <w:rPr>
                <w:b/>
                <w:color w:val="21433A"/>
                <w:sz w:val="32"/>
                <w:szCs w:val="32"/>
                <w:lang w:val="es-AR"/>
              </w:rPr>
              <w:t xml:space="preserve">          </w:t>
            </w:r>
            <w:r w:rsidR="009F7D85">
              <w:rPr>
                <w:b/>
                <w:color w:val="21433A"/>
                <w:sz w:val="32"/>
                <w:szCs w:val="32"/>
                <w:lang w:val="es-AR"/>
              </w:rPr>
              <w:t xml:space="preserve">           </w:t>
            </w:r>
            <w:r w:rsidR="00433273" w:rsidRPr="00AD6493">
              <w:rPr>
                <w:b/>
                <w:color w:val="FF0000"/>
                <w:sz w:val="32"/>
                <w:szCs w:val="32"/>
                <w:lang w:val="es-AR"/>
              </w:rPr>
              <w:t>Urgente</w:t>
            </w:r>
            <w:r w:rsidR="00454E40">
              <w:rPr>
                <w:b/>
                <w:color w:val="21433A"/>
                <w:sz w:val="32"/>
                <w:szCs w:val="32"/>
                <w:lang w:val="es-AR"/>
              </w:rPr>
              <w:t xml:space="preserve">        </w:t>
            </w:r>
          </w:p>
          <w:p w:rsidR="00527E8F" w:rsidRPr="00C40F81" w:rsidRDefault="00527E8F" w:rsidP="008B5C52">
            <w:pPr>
              <w:rPr>
                <w:sz w:val="32"/>
                <w:szCs w:val="32"/>
                <w:lang w:val="es-AR"/>
              </w:rPr>
            </w:pPr>
          </w:p>
        </w:tc>
        <w:tc>
          <w:tcPr>
            <w:tcW w:w="4917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shd w:val="clear" w:color="auto" w:fill="CFE8D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27E8F" w:rsidRPr="00C40F81" w:rsidRDefault="00C65432">
            <w:pPr>
              <w:rPr>
                <w:b/>
                <w:color w:val="21433A"/>
                <w:sz w:val="32"/>
                <w:szCs w:val="32"/>
                <w:lang w:val="es-AR"/>
              </w:rPr>
            </w:pPr>
            <w:r w:rsidRPr="00C40F81">
              <w:rPr>
                <w:b/>
                <w:color w:val="00B050"/>
                <w:sz w:val="32"/>
                <w:szCs w:val="32"/>
                <w:lang w:val="es-AR"/>
              </w:rPr>
              <w:t xml:space="preserve">         </w:t>
            </w:r>
            <w:r w:rsidR="009411A1">
              <w:rPr>
                <w:b/>
                <w:color w:val="00B050"/>
                <w:sz w:val="32"/>
                <w:szCs w:val="32"/>
                <w:lang w:val="es-AR"/>
              </w:rPr>
              <w:t xml:space="preserve">     </w:t>
            </w:r>
            <w:r w:rsidRPr="00C40F81">
              <w:rPr>
                <w:b/>
                <w:color w:val="00B050"/>
                <w:sz w:val="32"/>
                <w:szCs w:val="32"/>
                <w:lang w:val="es-AR"/>
              </w:rPr>
              <w:t xml:space="preserve"> </w:t>
            </w:r>
            <w:r w:rsidR="00375424" w:rsidRPr="00C40F81">
              <w:rPr>
                <w:b/>
                <w:color w:val="00B050"/>
                <w:sz w:val="32"/>
                <w:szCs w:val="32"/>
                <w:lang w:val="es-AR"/>
              </w:rPr>
              <w:t>No U</w:t>
            </w:r>
            <w:r w:rsidR="00433273" w:rsidRPr="00C40F81">
              <w:rPr>
                <w:b/>
                <w:color w:val="00B050"/>
                <w:sz w:val="32"/>
                <w:szCs w:val="32"/>
                <w:lang w:val="es-AR"/>
              </w:rPr>
              <w:t>rgente</w:t>
            </w:r>
            <w:r w:rsidR="00375424" w:rsidRPr="00C40F81">
              <w:rPr>
                <w:b/>
                <w:color w:val="00B050"/>
                <w:sz w:val="32"/>
                <w:szCs w:val="32"/>
                <w:lang w:val="es-AR"/>
              </w:rPr>
              <w:t xml:space="preserve"> </w:t>
            </w:r>
          </w:p>
          <w:p w:rsidR="00454D5A" w:rsidRPr="00454E40" w:rsidRDefault="00454D5A" w:rsidP="00454D5A">
            <w:pPr>
              <w:rPr>
                <w:b/>
                <w:i/>
                <w:color w:val="00B050"/>
                <w:sz w:val="32"/>
                <w:szCs w:val="32"/>
                <w:lang w:val="es-AR"/>
              </w:rPr>
            </w:pPr>
            <w:r w:rsidRPr="003F35BD">
              <w:rPr>
                <w:b/>
                <w:bCs/>
                <w:color w:val="00B050"/>
                <w:sz w:val="32"/>
                <w:szCs w:val="32"/>
                <w:lang w:val="es-AR"/>
              </w:rPr>
              <w:t xml:space="preserve">      </w:t>
            </w:r>
          </w:p>
          <w:p w:rsidR="00454D5A" w:rsidRPr="00C40F81" w:rsidRDefault="00454D5A">
            <w:pPr>
              <w:rPr>
                <w:sz w:val="32"/>
                <w:szCs w:val="32"/>
                <w:lang w:val="es-AR"/>
              </w:rPr>
            </w:pPr>
          </w:p>
        </w:tc>
      </w:tr>
      <w:tr w:rsidR="00527E8F" w:rsidRPr="00EE2AB1" w:rsidTr="00D17BB5">
        <w:trPr>
          <w:trHeight w:val="2866"/>
          <w:jc w:val="center"/>
        </w:trPr>
        <w:tc>
          <w:tcPr>
            <w:tcW w:w="1895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shd w:val="clear" w:color="auto" w:fill="CFE8D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527E8F" w:rsidRPr="009F7D85" w:rsidRDefault="00433273">
            <w:pPr>
              <w:rPr>
                <w:sz w:val="32"/>
                <w:szCs w:val="32"/>
                <w:lang w:val="es-AR"/>
              </w:rPr>
            </w:pPr>
            <w:r w:rsidRPr="009F7D85">
              <w:rPr>
                <w:b/>
                <w:color w:val="0070C0"/>
                <w:sz w:val="32"/>
                <w:szCs w:val="32"/>
                <w:lang w:val="es-AR"/>
              </w:rPr>
              <w:t>Importante</w:t>
            </w:r>
          </w:p>
        </w:tc>
        <w:tc>
          <w:tcPr>
            <w:tcW w:w="4917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9F7D85" w:rsidRDefault="009F7D85">
            <w:pPr>
              <w:rPr>
                <w:b/>
                <w:color w:val="21433A"/>
                <w:sz w:val="28"/>
                <w:szCs w:val="28"/>
                <w:lang w:val="es-AR"/>
              </w:rPr>
            </w:pPr>
            <w:r>
              <w:rPr>
                <w:b/>
                <w:color w:val="21433A"/>
                <w:sz w:val="28"/>
                <w:szCs w:val="28"/>
                <w:lang w:val="es-AR"/>
              </w:rPr>
              <w:t xml:space="preserve">               </w:t>
            </w:r>
            <w:r w:rsidRPr="009F7D85">
              <w:rPr>
                <w:b/>
                <w:bCs/>
                <w:i/>
                <w:color w:val="FF0000"/>
                <w:sz w:val="28"/>
                <w:szCs w:val="28"/>
                <w:lang w:val="es-AR"/>
              </w:rPr>
              <w:t>Urgente e importante</w:t>
            </w:r>
            <w:r w:rsidRPr="009F7D85">
              <w:rPr>
                <w:b/>
                <w:color w:val="21433A"/>
                <w:sz w:val="28"/>
                <w:szCs w:val="28"/>
                <w:lang w:val="es-AR"/>
              </w:rPr>
              <w:t xml:space="preserve">                                              </w:t>
            </w:r>
          </w:p>
          <w:p w:rsidR="009F7D85" w:rsidRDefault="009F7D85">
            <w:pPr>
              <w:rPr>
                <w:b/>
                <w:color w:val="21433A"/>
                <w:sz w:val="28"/>
                <w:szCs w:val="28"/>
                <w:lang w:val="es-AR"/>
              </w:rPr>
            </w:pPr>
            <w:r>
              <w:rPr>
                <w:b/>
                <w:color w:val="21433A"/>
                <w:sz w:val="28"/>
                <w:szCs w:val="28"/>
                <w:lang w:val="es-AR"/>
              </w:rPr>
              <w:t xml:space="preserve">                    </w:t>
            </w:r>
            <w:r w:rsidRPr="009F7D85">
              <w:rPr>
                <w:b/>
                <w:color w:val="21433A"/>
                <w:sz w:val="28"/>
                <w:szCs w:val="28"/>
                <w:lang w:val="es-AR"/>
              </w:rPr>
              <w:t>(</w:t>
            </w:r>
            <w:proofErr w:type="gramStart"/>
            <w:r w:rsidRPr="009F7D85">
              <w:rPr>
                <w:b/>
                <w:color w:val="21433A"/>
                <w:sz w:val="28"/>
                <w:szCs w:val="28"/>
                <w:lang w:val="es-AR"/>
              </w:rPr>
              <w:t>Resolver Ya!!</w:t>
            </w:r>
            <w:proofErr w:type="gramEnd"/>
            <w:r w:rsidRPr="009F7D85">
              <w:rPr>
                <w:b/>
                <w:color w:val="21433A"/>
                <w:sz w:val="28"/>
                <w:szCs w:val="28"/>
                <w:lang w:val="es-AR"/>
              </w:rPr>
              <w:t xml:space="preserve">)                 </w:t>
            </w:r>
          </w:p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b/>
                <w:color w:val="21433A"/>
                <w:sz w:val="28"/>
                <w:szCs w:val="28"/>
                <w:lang w:val="es-AR"/>
              </w:rPr>
              <w:t>¿Qué sí requiere atención inmediata y por qué?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  <w:tc>
          <w:tcPr>
            <w:tcW w:w="4917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9411A1" w:rsidRDefault="009411A1">
            <w:pPr>
              <w:rPr>
                <w:b/>
                <w:color w:val="21433A"/>
                <w:sz w:val="28"/>
                <w:szCs w:val="28"/>
                <w:lang w:val="es-AR"/>
              </w:rPr>
            </w:pPr>
            <w:r w:rsidRPr="00454E40">
              <w:rPr>
                <w:b/>
                <w:bCs/>
                <w:i/>
                <w:color w:val="00B050"/>
                <w:sz w:val="32"/>
                <w:szCs w:val="32"/>
                <w:lang w:val="es-AR"/>
              </w:rPr>
              <w:t>Importante, pero no urgente</w:t>
            </w:r>
          </w:p>
          <w:p w:rsidR="009411A1" w:rsidRPr="009411A1" w:rsidRDefault="009411A1" w:rsidP="009411A1">
            <w:pPr>
              <w:rPr>
                <w:b/>
                <w:color w:val="21433A"/>
                <w:sz w:val="28"/>
                <w:szCs w:val="28"/>
                <w:lang w:val="es-AR"/>
              </w:rPr>
            </w:pPr>
            <w:r>
              <w:rPr>
                <w:b/>
                <w:color w:val="21433A"/>
                <w:sz w:val="28"/>
                <w:szCs w:val="28"/>
                <w:lang w:val="es-AR"/>
              </w:rPr>
              <w:t xml:space="preserve">                 </w:t>
            </w:r>
            <w:r w:rsidRPr="009411A1">
              <w:rPr>
                <w:b/>
                <w:color w:val="21433A"/>
                <w:sz w:val="28"/>
                <w:szCs w:val="28"/>
                <w:lang w:val="es-AR"/>
              </w:rPr>
              <w:t>(Planificar)</w:t>
            </w:r>
          </w:p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b/>
                <w:color w:val="21433A"/>
                <w:sz w:val="28"/>
                <w:szCs w:val="28"/>
                <w:lang w:val="es-AR"/>
              </w:rPr>
              <w:t>¿Qué conviene cuidar antes de que se vuelva crisis?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D17BB5">
        <w:trPr>
          <w:trHeight w:val="3392"/>
          <w:jc w:val="center"/>
        </w:trPr>
        <w:tc>
          <w:tcPr>
            <w:tcW w:w="1895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shd w:val="clear" w:color="auto" w:fill="CFE8DE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8A2B35" w:rsidRPr="00C40F81" w:rsidRDefault="008A2B35">
            <w:pPr>
              <w:rPr>
                <w:b/>
                <w:color w:val="21433A"/>
                <w:sz w:val="28"/>
                <w:szCs w:val="28"/>
                <w:lang w:val="es-AR"/>
              </w:rPr>
            </w:pPr>
          </w:p>
          <w:p w:rsidR="00DD13AF" w:rsidRPr="00C40F81" w:rsidRDefault="00DD13AF">
            <w:pPr>
              <w:rPr>
                <w:b/>
                <w:color w:val="21433A"/>
                <w:sz w:val="28"/>
                <w:szCs w:val="28"/>
                <w:lang w:val="es-AR"/>
              </w:rPr>
            </w:pPr>
          </w:p>
          <w:p w:rsidR="00DD13AF" w:rsidRPr="00C40F81" w:rsidRDefault="00DD13AF">
            <w:pPr>
              <w:rPr>
                <w:b/>
                <w:color w:val="21433A"/>
                <w:sz w:val="28"/>
                <w:szCs w:val="28"/>
                <w:lang w:val="es-AR"/>
              </w:rPr>
            </w:pPr>
          </w:p>
          <w:p w:rsidR="00527E8F" w:rsidRPr="00AD6493" w:rsidRDefault="00D43CE4">
            <w:pPr>
              <w:rPr>
                <w:b/>
                <w:color w:val="0070C0"/>
                <w:sz w:val="32"/>
                <w:szCs w:val="32"/>
              </w:rPr>
            </w:pPr>
            <w:r w:rsidRPr="00C40F81">
              <w:rPr>
                <w:b/>
                <w:color w:val="0070C0"/>
                <w:sz w:val="28"/>
                <w:szCs w:val="28"/>
                <w:lang w:val="es-AR"/>
              </w:rPr>
              <w:t xml:space="preserve">    </w:t>
            </w:r>
            <w:r w:rsidR="00C65432" w:rsidRPr="00C40F81">
              <w:rPr>
                <w:b/>
                <w:color w:val="0070C0"/>
                <w:sz w:val="28"/>
                <w:szCs w:val="28"/>
                <w:lang w:val="es-AR"/>
              </w:rPr>
              <w:t xml:space="preserve">    </w:t>
            </w:r>
            <w:r w:rsidR="000879A7" w:rsidRPr="00AD6493">
              <w:rPr>
                <w:b/>
                <w:color w:val="0070C0"/>
                <w:sz w:val="32"/>
                <w:szCs w:val="32"/>
              </w:rPr>
              <w:t xml:space="preserve">No </w:t>
            </w:r>
            <w:proofErr w:type="spellStart"/>
            <w:r w:rsidR="000879A7" w:rsidRPr="00AD6493">
              <w:rPr>
                <w:b/>
                <w:color w:val="0070C0"/>
                <w:sz w:val="32"/>
                <w:szCs w:val="32"/>
              </w:rPr>
              <w:t>I</w:t>
            </w:r>
            <w:r w:rsidR="00433273" w:rsidRPr="00AD6493">
              <w:rPr>
                <w:b/>
                <w:color w:val="0070C0"/>
                <w:sz w:val="32"/>
                <w:szCs w:val="32"/>
              </w:rPr>
              <w:t>mportante</w:t>
            </w:r>
            <w:proofErr w:type="spellEnd"/>
          </w:p>
          <w:p w:rsidR="00A16350" w:rsidRPr="00707EF2" w:rsidRDefault="00A16350">
            <w:pPr>
              <w:rPr>
                <w:sz w:val="28"/>
                <w:szCs w:val="28"/>
              </w:rPr>
            </w:pPr>
          </w:p>
        </w:tc>
        <w:tc>
          <w:tcPr>
            <w:tcW w:w="4917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EE2AB1" w:rsidRPr="00EE2AB1" w:rsidRDefault="00454D5A">
            <w:pPr>
              <w:rPr>
                <w:b/>
                <w:bCs/>
                <w:color w:val="000000" w:themeColor="text1"/>
                <w:sz w:val="28"/>
                <w:szCs w:val="28"/>
                <w:lang w:val="es-AR"/>
              </w:rPr>
            </w:pPr>
            <w:r>
              <w:rPr>
                <w:b/>
                <w:bCs/>
                <w:color w:val="21433A"/>
                <w:sz w:val="28"/>
                <w:szCs w:val="28"/>
                <w:lang w:val="es-AR"/>
              </w:rPr>
              <w:t xml:space="preserve">    </w:t>
            </w:r>
            <w:r w:rsidRPr="003E0DEE">
              <w:rPr>
                <w:b/>
                <w:bCs/>
                <w:i/>
                <w:color w:val="FF0000"/>
                <w:sz w:val="28"/>
                <w:szCs w:val="28"/>
                <w:lang w:val="es-AR"/>
              </w:rPr>
              <w:t>Urgente,</w:t>
            </w:r>
            <w:r w:rsidR="003C4310">
              <w:rPr>
                <w:b/>
                <w:bCs/>
                <w:i/>
                <w:color w:val="FFC000"/>
                <w:sz w:val="28"/>
                <w:szCs w:val="28"/>
                <w:lang w:val="es-AR"/>
              </w:rPr>
              <w:t xml:space="preserve"> pero N</w:t>
            </w:r>
            <w:r w:rsidRPr="003E0DEE">
              <w:rPr>
                <w:b/>
                <w:bCs/>
                <w:i/>
                <w:color w:val="FFC000"/>
                <w:sz w:val="28"/>
                <w:szCs w:val="28"/>
                <w:lang w:val="es-AR"/>
              </w:rPr>
              <w:t>o importante</w:t>
            </w:r>
            <w:r w:rsidR="00EE2AB1">
              <w:rPr>
                <w:b/>
                <w:bCs/>
                <w:i/>
                <w:color w:val="FFC000"/>
                <w:sz w:val="28"/>
                <w:szCs w:val="28"/>
                <w:lang w:val="es-AR"/>
              </w:rPr>
              <w:t xml:space="preserve">       </w:t>
            </w:r>
          </w:p>
          <w:p w:rsidR="00EE2AB1" w:rsidRDefault="00EE2AB1">
            <w:pPr>
              <w:rPr>
                <w:b/>
                <w:color w:val="21433A"/>
                <w:sz w:val="28"/>
                <w:szCs w:val="28"/>
                <w:lang w:val="es-AR"/>
              </w:rPr>
            </w:pPr>
            <w:r>
              <w:rPr>
                <w:b/>
                <w:bCs/>
                <w:color w:val="21433A"/>
                <w:sz w:val="28"/>
                <w:szCs w:val="28"/>
                <w:lang w:val="es-AR"/>
              </w:rPr>
              <w:t xml:space="preserve">                      </w:t>
            </w:r>
            <w:r w:rsidRPr="00EE2AB1">
              <w:rPr>
                <w:b/>
                <w:bCs/>
                <w:color w:val="21433A"/>
                <w:sz w:val="28"/>
                <w:szCs w:val="28"/>
                <w:lang w:val="es-AR"/>
              </w:rPr>
              <w:t>(Delegar)</w:t>
            </w:r>
            <w:r>
              <w:rPr>
                <w:b/>
                <w:bCs/>
                <w:color w:val="21433A"/>
                <w:sz w:val="28"/>
                <w:szCs w:val="28"/>
                <w:lang w:val="es-AR"/>
              </w:rPr>
              <w:t xml:space="preserve"> </w:t>
            </w:r>
          </w:p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b/>
                <w:color w:val="21433A"/>
                <w:sz w:val="28"/>
                <w:szCs w:val="28"/>
                <w:lang w:val="es-AR"/>
              </w:rPr>
              <w:t>¿Qué me reclama rápido, pero no necesariamente construye valor?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  <w:tc>
          <w:tcPr>
            <w:tcW w:w="4917" w:type="dxa"/>
            <w:tcBorders>
              <w:top w:val="single" w:sz="6" w:space="0" w:color="D7E6E0"/>
              <w:left w:val="single" w:sz="6" w:space="0" w:color="D7E6E0"/>
              <w:bottom w:val="single" w:sz="6" w:space="0" w:color="D7E6E0"/>
              <w:right w:val="single" w:sz="6" w:space="0" w:color="D7E6E0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:rsidR="00454D5A" w:rsidRDefault="006B08A3">
            <w:pPr>
              <w:rPr>
                <w:b/>
                <w:bCs/>
                <w:i/>
                <w:color w:val="FFC000"/>
                <w:sz w:val="28"/>
                <w:szCs w:val="28"/>
                <w:lang w:val="es-AR"/>
              </w:rPr>
            </w:pPr>
            <w:r w:rsidRPr="00C40F81">
              <w:rPr>
                <w:b/>
                <w:bCs/>
                <w:color w:val="FFC000"/>
                <w:sz w:val="28"/>
                <w:szCs w:val="28"/>
                <w:lang w:val="es-AR"/>
              </w:rPr>
              <w:t xml:space="preserve">             </w:t>
            </w:r>
            <w:r w:rsidR="00454D5A" w:rsidRPr="00C40F81">
              <w:rPr>
                <w:b/>
                <w:bCs/>
                <w:i/>
                <w:color w:val="00B050"/>
                <w:sz w:val="28"/>
                <w:szCs w:val="28"/>
                <w:lang w:val="es-AR"/>
              </w:rPr>
              <w:t>Ni urgente</w:t>
            </w:r>
            <w:r w:rsidR="003C4310">
              <w:rPr>
                <w:b/>
                <w:bCs/>
                <w:i/>
                <w:color w:val="FFC000"/>
                <w:sz w:val="28"/>
                <w:szCs w:val="28"/>
                <w:lang w:val="es-AR"/>
              </w:rPr>
              <w:t>, N</w:t>
            </w:r>
            <w:r w:rsidR="00454D5A" w:rsidRPr="00C40F81">
              <w:rPr>
                <w:b/>
                <w:bCs/>
                <w:i/>
                <w:color w:val="FFC000"/>
                <w:sz w:val="28"/>
                <w:szCs w:val="28"/>
                <w:lang w:val="es-AR"/>
              </w:rPr>
              <w:t>i importante</w:t>
            </w:r>
          </w:p>
          <w:p w:rsidR="00EE2AB1" w:rsidRPr="00EE2AB1" w:rsidRDefault="00EE2AB1">
            <w:pPr>
              <w:rPr>
                <w:b/>
                <w:color w:val="000000" w:themeColor="text1"/>
                <w:sz w:val="28"/>
                <w:szCs w:val="28"/>
                <w:lang w:val="es-AR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s-AR"/>
              </w:rPr>
              <w:t xml:space="preserve">                            (Eliminar)</w:t>
            </w:r>
          </w:p>
          <w:p w:rsidR="00527E8F" w:rsidRPr="00707EF2" w:rsidRDefault="005E476B">
            <w:pPr>
              <w:rPr>
                <w:sz w:val="28"/>
                <w:szCs w:val="28"/>
                <w:lang w:val="es-AR"/>
              </w:rPr>
            </w:pPr>
            <w:r>
              <w:rPr>
                <w:b/>
                <w:color w:val="21433A"/>
                <w:sz w:val="28"/>
                <w:szCs w:val="28"/>
                <w:lang w:val="es-AR"/>
              </w:rPr>
              <w:t xml:space="preserve">¿Qué puedo pausar, posponer, </w:t>
            </w:r>
            <w:bookmarkStart w:id="0" w:name="_GoBack"/>
            <w:bookmarkEnd w:id="0"/>
            <w:r w:rsidR="00433273" w:rsidRPr="00707EF2">
              <w:rPr>
                <w:b/>
                <w:color w:val="21433A"/>
                <w:sz w:val="28"/>
                <w:szCs w:val="28"/>
                <w:lang w:val="es-AR"/>
              </w:rPr>
              <w:t xml:space="preserve"> o dejar de hacer?</w:t>
            </w:r>
            <w:r w:rsidR="00433273" w:rsidRPr="00707EF2">
              <w:rPr>
                <w:sz w:val="28"/>
                <w:szCs w:val="28"/>
                <w:lang w:val="es-AR"/>
              </w:rPr>
              <w:br/>
            </w:r>
            <w:r w:rsidR="00433273" w:rsidRPr="00707EF2">
              <w:rPr>
                <w:sz w:val="28"/>
                <w:szCs w:val="28"/>
                <w:lang w:val="es-AR"/>
              </w:rPr>
              <w:br/>
            </w:r>
            <w:r w:rsidR="00433273" w:rsidRPr="00707EF2">
              <w:rPr>
                <w:sz w:val="28"/>
                <w:szCs w:val="28"/>
                <w:lang w:val="es-AR"/>
              </w:rPr>
              <w:br/>
            </w:r>
          </w:p>
        </w:tc>
      </w:tr>
    </w:tbl>
    <w:p w:rsidR="00573C7E" w:rsidRDefault="00573C7E">
      <w:pPr>
        <w:pStyle w:val="Ttulo1"/>
        <w:rPr>
          <w:lang w:val="es-AR"/>
        </w:rPr>
      </w:pPr>
    </w:p>
    <w:p w:rsidR="00573C7E" w:rsidRDefault="00573C7E" w:rsidP="00573C7E">
      <w:pPr>
        <w:rPr>
          <w:lang w:val="es-AR"/>
        </w:rPr>
      </w:pPr>
    </w:p>
    <w:p w:rsidR="00112C13" w:rsidRDefault="00112C13" w:rsidP="006230C8">
      <w:pPr>
        <w:rPr>
          <w:lang w:val="es-AR"/>
        </w:rPr>
      </w:pPr>
    </w:p>
    <w:p w:rsidR="006230C8" w:rsidRPr="00B56C8C" w:rsidRDefault="00B56C8C" w:rsidP="006230C8">
      <w:pPr>
        <w:rPr>
          <w:lang w:val="es-AR"/>
        </w:rPr>
      </w:pPr>
      <w:r>
        <w:rPr>
          <w:lang w:val="es-AR"/>
        </w:rPr>
        <w:t xml:space="preserve">                               </w:t>
      </w:r>
    </w:p>
    <w:p w:rsidR="00527E8F" w:rsidRPr="00D52941" w:rsidRDefault="00B353DF">
      <w:pPr>
        <w:pStyle w:val="Ttulo1"/>
        <w:rPr>
          <w:sz w:val="32"/>
          <w:szCs w:val="32"/>
          <w:lang w:val="es-AR"/>
        </w:rPr>
      </w:pPr>
      <w:r>
        <w:rPr>
          <w:lang w:val="es-AR"/>
        </w:rPr>
        <w:t>3</w:t>
      </w:r>
      <w:r w:rsidR="001A4F7B" w:rsidRPr="00D52941">
        <w:rPr>
          <w:sz w:val="32"/>
          <w:szCs w:val="32"/>
          <w:lang w:val="es-AR"/>
        </w:rPr>
        <w:t xml:space="preserve">. </w:t>
      </w:r>
      <w:proofErr w:type="spellStart"/>
      <w:r w:rsidR="001A4F7B" w:rsidRPr="00D52941">
        <w:rPr>
          <w:sz w:val="32"/>
          <w:szCs w:val="32"/>
          <w:lang w:val="es-AR"/>
        </w:rPr>
        <w:t>Cost</w:t>
      </w:r>
      <w:proofErr w:type="spellEnd"/>
      <w:r w:rsidR="001A4F7B" w:rsidRPr="00D52941">
        <w:rPr>
          <w:sz w:val="32"/>
          <w:szCs w:val="32"/>
          <w:lang w:val="es-AR"/>
        </w:rPr>
        <w:t xml:space="preserve"> of </w:t>
      </w:r>
      <w:proofErr w:type="spellStart"/>
      <w:r w:rsidR="001A4F7B" w:rsidRPr="00D52941">
        <w:rPr>
          <w:sz w:val="32"/>
          <w:szCs w:val="32"/>
          <w:lang w:val="es-AR"/>
        </w:rPr>
        <w:t>Delay</w:t>
      </w:r>
      <w:proofErr w:type="spellEnd"/>
      <w:r w:rsidR="001A4F7B" w:rsidRPr="00D52941">
        <w:rPr>
          <w:sz w:val="32"/>
          <w:szCs w:val="32"/>
          <w:lang w:val="es-AR"/>
        </w:rPr>
        <w:t xml:space="preserve">: </w:t>
      </w:r>
      <w:r w:rsidR="00907CE5">
        <w:rPr>
          <w:sz w:val="32"/>
          <w:szCs w:val="32"/>
          <w:lang w:val="es-AR"/>
        </w:rPr>
        <w:t>¿</w:t>
      </w:r>
      <w:r w:rsidR="001A4F7B" w:rsidRPr="00D52941">
        <w:rPr>
          <w:sz w:val="32"/>
          <w:szCs w:val="32"/>
          <w:lang w:val="es-AR"/>
        </w:rPr>
        <w:t>Q</w:t>
      </w:r>
      <w:r w:rsidR="00433273" w:rsidRPr="00D52941">
        <w:rPr>
          <w:sz w:val="32"/>
          <w:szCs w:val="32"/>
          <w:lang w:val="es-AR"/>
        </w:rPr>
        <w:t>ué costo tiene esperar</w:t>
      </w:r>
      <w:r w:rsidR="00907CE5">
        <w:rPr>
          <w:sz w:val="32"/>
          <w:szCs w:val="32"/>
          <w:lang w:val="es-AR"/>
        </w:rPr>
        <w:t>?</w:t>
      </w:r>
    </w:p>
    <w:p w:rsidR="00527E8F" w:rsidRPr="00707EF2" w:rsidRDefault="00433273">
      <w:pPr>
        <w:rPr>
          <w:sz w:val="28"/>
          <w:szCs w:val="28"/>
          <w:lang w:val="es-AR"/>
        </w:rPr>
      </w:pPr>
      <w:proofErr w:type="spellStart"/>
      <w:r w:rsidRPr="00707EF2">
        <w:rPr>
          <w:sz w:val="28"/>
          <w:szCs w:val="28"/>
          <w:lang w:val="es-AR"/>
        </w:rPr>
        <w:t>Tomá</w:t>
      </w:r>
      <w:proofErr w:type="spellEnd"/>
      <w:r w:rsidRPr="00707EF2">
        <w:rPr>
          <w:sz w:val="28"/>
          <w:szCs w:val="28"/>
          <w:lang w:val="es-AR"/>
        </w:rPr>
        <w:t xml:space="preserve"> una prioridad real y mirala desde el impacto de postergarla.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9"/>
        <w:gridCol w:w="7118"/>
      </w:tblGrid>
      <w:tr w:rsidR="00527E8F" w:rsidRPr="00707EF2" w:rsidTr="003756E5">
        <w:trPr>
          <w:trHeight w:val="541"/>
          <w:jc w:val="center"/>
        </w:trPr>
        <w:tc>
          <w:tcPr>
            <w:tcW w:w="3329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21433A"/>
                <w:sz w:val="28"/>
                <w:szCs w:val="28"/>
              </w:rPr>
              <w:t>Campo</w:t>
            </w:r>
          </w:p>
        </w:tc>
        <w:tc>
          <w:tcPr>
            <w:tcW w:w="7118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Mi</w:t>
            </w:r>
            <w:proofErr w:type="spellEnd"/>
            <w:r w:rsidRPr="00707EF2">
              <w:rPr>
                <w:b/>
                <w:color w:val="21433A"/>
                <w:sz w:val="28"/>
                <w:szCs w:val="28"/>
              </w:rPr>
              <w:t xml:space="preserve"> reflexión</w:t>
            </w:r>
          </w:p>
        </w:tc>
      </w:tr>
      <w:tr w:rsidR="00527E8F" w:rsidRPr="00EE2AB1" w:rsidTr="003756E5">
        <w:trPr>
          <w:trHeight w:val="2199"/>
          <w:jc w:val="center"/>
        </w:trPr>
        <w:tc>
          <w:tcPr>
            <w:tcW w:w="3329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Prioridad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o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situación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elegida</w:t>
            </w:r>
            <w:proofErr w:type="spellEnd"/>
            <w:r w:rsidR="005A3381">
              <w:rPr>
                <w:b/>
                <w:color w:val="00774F"/>
                <w:sz w:val="28"/>
                <w:szCs w:val="28"/>
              </w:rPr>
              <w:t>:</w:t>
            </w:r>
          </w:p>
        </w:tc>
        <w:tc>
          <w:tcPr>
            <w:tcW w:w="711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¿Qué acción, conversación, mejora o decisión estás analizando?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3756E5">
        <w:trPr>
          <w:trHeight w:val="1785"/>
          <w:jc w:val="center"/>
        </w:trPr>
        <w:tc>
          <w:tcPr>
            <w:tcW w:w="3329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>Valor que genera</w:t>
            </w:r>
          </w:p>
        </w:tc>
        <w:tc>
          <w:tcPr>
            <w:tcW w:w="711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¿Qué aporta cuando sucede a tiempo?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3756E5">
        <w:trPr>
          <w:trHeight w:val="1785"/>
          <w:jc w:val="center"/>
        </w:trPr>
        <w:tc>
          <w:tcPr>
            <w:tcW w:w="3329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Costo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de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demora</w:t>
            </w:r>
            <w:proofErr w:type="spellEnd"/>
          </w:p>
        </w:tc>
        <w:tc>
          <w:tcPr>
            <w:tcW w:w="711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¿Qué se deteriora si esto espera dos semanas?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3756E5">
        <w:trPr>
          <w:trHeight w:val="1785"/>
          <w:jc w:val="center"/>
        </w:trPr>
        <w:tc>
          <w:tcPr>
            <w:tcW w:w="3329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Riesgo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que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crece</w:t>
            </w:r>
            <w:proofErr w:type="spellEnd"/>
          </w:p>
        </w:tc>
        <w:tc>
          <w:tcPr>
            <w:tcW w:w="711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¿Qué se vuelve más difícil, costoso o tenso después?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3756E5">
        <w:trPr>
          <w:trHeight w:val="1785"/>
          <w:jc w:val="center"/>
        </w:trPr>
        <w:tc>
          <w:tcPr>
            <w:tcW w:w="3329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lastRenderedPageBreak/>
              <w:t>Razón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para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priorizarla</w:t>
            </w:r>
            <w:proofErr w:type="spellEnd"/>
          </w:p>
        </w:tc>
        <w:tc>
          <w:tcPr>
            <w:tcW w:w="711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¿Por qué conviene poner foco ahora?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</w:tbl>
    <w:p w:rsidR="00CC2597" w:rsidRPr="00707EF2" w:rsidRDefault="00CC2597">
      <w:pPr>
        <w:pStyle w:val="Ttulo1"/>
        <w:rPr>
          <w:lang w:val="es-AR"/>
        </w:rPr>
      </w:pPr>
    </w:p>
    <w:p w:rsidR="00527E8F" w:rsidRPr="006321E8" w:rsidRDefault="000705D7">
      <w:pPr>
        <w:pStyle w:val="Ttulo1"/>
        <w:rPr>
          <w:sz w:val="32"/>
          <w:szCs w:val="32"/>
          <w:lang w:val="es-AR"/>
        </w:rPr>
      </w:pPr>
      <w:r>
        <w:rPr>
          <w:sz w:val="32"/>
          <w:szCs w:val="32"/>
          <w:lang w:val="es-AR"/>
        </w:rPr>
        <w:t>4</w:t>
      </w:r>
      <w:r w:rsidR="00433273" w:rsidRPr="006321E8">
        <w:rPr>
          <w:sz w:val="32"/>
          <w:szCs w:val="32"/>
          <w:lang w:val="es-AR"/>
        </w:rPr>
        <w:t>. Mi micro-OKR quincenal</w:t>
      </w:r>
    </w:p>
    <w:p w:rsidR="00527E8F" w:rsidRPr="00707EF2" w:rsidRDefault="00433273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Elegí un foco breve y realista para las próximas dos semanas.</w:t>
      </w:r>
    </w:p>
    <w:tbl>
      <w:tblPr>
        <w:tblW w:w="11585" w:type="dxa"/>
        <w:jc w:val="center"/>
        <w:tblLayout w:type="fixed"/>
        <w:tblLook w:val="04A0" w:firstRow="1" w:lastRow="0" w:firstColumn="1" w:lastColumn="0" w:noHBand="0" w:noVBand="1"/>
      </w:tblPr>
      <w:tblGrid>
        <w:gridCol w:w="3475"/>
        <w:gridCol w:w="8110"/>
      </w:tblGrid>
      <w:tr w:rsidR="00527E8F" w:rsidRPr="00707EF2" w:rsidTr="00845C6A">
        <w:trPr>
          <w:trHeight w:val="745"/>
          <w:jc w:val="center"/>
        </w:trPr>
        <w:tc>
          <w:tcPr>
            <w:tcW w:w="3475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Elemento</w:t>
            </w:r>
            <w:proofErr w:type="spellEnd"/>
          </w:p>
        </w:tc>
        <w:tc>
          <w:tcPr>
            <w:tcW w:w="8110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Mi</w:t>
            </w:r>
            <w:proofErr w:type="spellEnd"/>
            <w:r w:rsidRPr="00707EF2">
              <w:rPr>
                <w:b/>
                <w:color w:val="21433A"/>
                <w:sz w:val="28"/>
                <w:szCs w:val="28"/>
              </w:rPr>
              <w:t xml:space="preserve"> </w:t>
            </w: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formulación</w:t>
            </w:r>
            <w:proofErr w:type="spellEnd"/>
          </w:p>
        </w:tc>
      </w:tr>
      <w:tr w:rsidR="00527E8F" w:rsidRPr="00EE2AB1" w:rsidTr="00845C6A">
        <w:trPr>
          <w:trHeight w:val="3033"/>
          <w:jc w:val="center"/>
        </w:trPr>
        <w:tc>
          <w:tcPr>
            <w:tcW w:w="3475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Objetivo</w:t>
            </w:r>
            <w:proofErr w:type="spellEnd"/>
          </w:p>
        </w:tc>
        <w:tc>
          <w:tcPr>
            <w:tcW w:w="811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14ECD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Escribilo en una frase clara y movilizadora.</w:t>
            </w:r>
          </w:p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 xml:space="preserve"> ¿Qué </w:t>
            </w:r>
            <w:proofErr w:type="spellStart"/>
            <w:r w:rsidRPr="00707EF2">
              <w:rPr>
                <w:sz w:val="28"/>
                <w:szCs w:val="28"/>
                <w:lang w:val="es-AR"/>
              </w:rPr>
              <w:t>querés</w:t>
            </w:r>
            <w:proofErr w:type="spellEnd"/>
            <w:r w:rsidRPr="00707EF2">
              <w:rPr>
                <w:sz w:val="28"/>
                <w:szCs w:val="28"/>
                <w:lang w:val="es-AR"/>
              </w:rPr>
              <w:t xml:space="preserve"> mover o mejorar?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45C6A">
        <w:trPr>
          <w:trHeight w:val="2462"/>
          <w:jc w:val="center"/>
        </w:trPr>
        <w:tc>
          <w:tcPr>
            <w:tcW w:w="3475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Resultado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clave 1</w:t>
            </w:r>
          </w:p>
        </w:tc>
        <w:tc>
          <w:tcPr>
            <w:tcW w:w="811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¿Qué evidencia concreta va a mostrar avance?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45C6A">
        <w:trPr>
          <w:trHeight w:val="3033"/>
          <w:jc w:val="center"/>
        </w:trPr>
        <w:tc>
          <w:tcPr>
            <w:tcW w:w="3475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lastRenderedPageBreak/>
              <w:t>Resultado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clave 2</w:t>
            </w:r>
          </w:p>
        </w:tc>
        <w:tc>
          <w:tcPr>
            <w:tcW w:w="811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¿Qué otra evidencia observable va a mostrar movimiento?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45C6A">
        <w:trPr>
          <w:trHeight w:val="2462"/>
          <w:jc w:val="center"/>
        </w:trPr>
        <w:tc>
          <w:tcPr>
            <w:tcW w:w="3475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Resultado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 xml:space="preserve"> clave 3 (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opcional</w:t>
            </w:r>
            <w:proofErr w:type="spellEnd"/>
            <w:r w:rsidRPr="00707EF2">
              <w:rPr>
                <w:b/>
                <w:color w:val="00774F"/>
                <w:sz w:val="28"/>
                <w:szCs w:val="28"/>
              </w:rPr>
              <w:t>)</w:t>
            </w:r>
          </w:p>
        </w:tc>
        <w:tc>
          <w:tcPr>
            <w:tcW w:w="811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t>Si hace falta, a</w:t>
            </w:r>
            <w:r w:rsidR="00514ECD">
              <w:rPr>
                <w:sz w:val="28"/>
                <w:szCs w:val="28"/>
                <w:lang w:val="es-AR"/>
              </w:rPr>
              <w:t>gregá un tercer indicador breve:</w:t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</w:tbl>
    <w:p w:rsidR="006A6AD3" w:rsidRDefault="006A6AD3">
      <w:pPr>
        <w:pStyle w:val="Ttulo1"/>
        <w:rPr>
          <w:lang w:val="es-AR"/>
        </w:rPr>
      </w:pPr>
    </w:p>
    <w:p w:rsidR="00527E8F" w:rsidRPr="006A004D" w:rsidRDefault="00093812">
      <w:pPr>
        <w:pStyle w:val="Ttulo1"/>
        <w:rPr>
          <w:sz w:val="32"/>
          <w:szCs w:val="32"/>
          <w:lang w:val="es-AR"/>
        </w:rPr>
      </w:pPr>
      <w:r>
        <w:rPr>
          <w:sz w:val="32"/>
          <w:szCs w:val="32"/>
          <w:lang w:val="es-AR"/>
        </w:rPr>
        <w:t>5</w:t>
      </w:r>
      <w:r w:rsidR="00433273" w:rsidRPr="006A004D">
        <w:rPr>
          <w:sz w:val="32"/>
          <w:szCs w:val="32"/>
          <w:lang w:val="es-AR"/>
        </w:rPr>
        <w:t>. Filtro SMART</w:t>
      </w:r>
    </w:p>
    <w:p w:rsidR="00527E8F" w:rsidRPr="00707EF2" w:rsidRDefault="00433273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Usá estas preguntas para ajustar tu micro-OKR y volverlo más claro.</w:t>
      </w:r>
    </w:p>
    <w:tbl>
      <w:tblPr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3491"/>
        <w:gridCol w:w="4217"/>
        <w:gridCol w:w="3491"/>
      </w:tblGrid>
      <w:tr w:rsidR="00527E8F" w:rsidRPr="00707EF2" w:rsidTr="008051C2">
        <w:trPr>
          <w:trHeight w:val="560"/>
          <w:jc w:val="center"/>
        </w:trPr>
        <w:tc>
          <w:tcPr>
            <w:tcW w:w="3491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Criterio</w:t>
            </w:r>
            <w:proofErr w:type="spellEnd"/>
          </w:p>
        </w:tc>
        <w:tc>
          <w:tcPr>
            <w:tcW w:w="4217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Pregunta</w:t>
            </w:r>
            <w:proofErr w:type="spellEnd"/>
            <w:r w:rsidRPr="00707EF2">
              <w:rPr>
                <w:b/>
                <w:color w:val="21433A"/>
                <w:sz w:val="28"/>
                <w:szCs w:val="28"/>
              </w:rPr>
              <w:t xml:space="preserve"> de </w:t>
            </w: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chequeo</w:t>
            </w:r>
            <w:proofErr w:type="spellEnd"/>
          </w:p>
        </w:tc>
        <w:tc>
          <w:tcPr>
            <w:tcW w:w="3491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Mi</w:t>
            </w:r>
            <w:proofErr w:type="spellEnd"/>
            <w:r w:rsidRPr="00707EF2">
              <w:rPr>
                <w:b/>
                <w:color w:val="21433A"/>
                <w:sz w:val="28"/>
                <w:szCs w:val="28"/>
              </w:rPr>
              <w:t xml:space="preserve"> </w:t>
            </w: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ajuste</w:t>
            </w:r>
            <w:proofErr w:type="spellEnd"/>
            <w:r w:rsidRPr="00707EF2">
              <w:rPr>
                <w:b/>
                <w:color w:val="21433A"/>
                <w:sz w:val="28"/>
                <w:szCs w:val="28"/>
              </w:rPr>
              <w:t xml:space="preserve"> / </w:t>
            </w: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respuesta</w:t>
            </w:r>
            <w:proofErr w:type="spellEnd"/>
          </w:p>
        </w:tc>
      </w:tr>
      <w:tr w:rsidR="00527E8F" w:rsidRPr="00EE2AB1" w:rsidTr="008051C2">
        <w:trPr>
          <w:trHeight w:val="1418"/>
          <w:jc w:val="center"/>
        </w:trPr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 xml:space="preserve">S –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Específico</w:t>
            </w:r>
            <w:proofErr w:type="spellEnd"/>
          </w:p>
        </w:tc>
        <w:tc>
          <w:tcPr>
            <w:tcW w:w="4217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¿Se entiende con claridad qué voy a hacer o lograr?</w:t>
            </w:r>
          </w:p>
        </w:tc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051C2">
        <w:trPr>
          <w:trHeight w:val="1418"/>
          <w:jc w:val="center"/>
        </w:trPr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 xml:space="preserve">M –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Medible</w:t>
            </w:r>
            <w:proofErr w:type="spellEnd"/>
          </w:p>
        </w:tc>
        <w:tc>
          <w:tcPr>
            <w:tcW w:w="4217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¿Cómo voy a notar que hubo avance?</w:t>
            </w:r>
          </w:p>
        </w:tc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051C2">
        <w:trPr>
          <w:trHeight w:val="1418"/>
          <w:jc w:val="center"/>
        </w:trPr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lastRenderedPageBreak/>
              <w:t xml:space="preserve">A –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Alcanzable</w:t>
            </w:r>
            <w:proofErr w:type="spellEnd"/>
          </w:p>
        </w:tc>
        <w:tc>
          <w:tcPr>
            <w:tcW w:w="4217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¿Es realista para 2 semanas y para mi capacidad actual?</w:t>
            </w:r>
          </w:p>
        </w:tc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051C2">
        <w:trPr>
          <w:trHeight w:val="1418"/>
          <w:jc w:val="center"/>
        </w:trPr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 xml:space="preserve">R – </w:t>
            </w:r>
            <w:proofErr w:type="spellStart"/>
            <w:r w:rsidRPr="00707EF2">
              <w:rPr>
                <w:b/>
                <w:color w:val="00774F"/>
                <w:sz w:val="28"/>
                <w:szCs w:val="28"/>
              </w:rPr>
              <w:t>Relevante</w:t>
            </w:r>
            <w:proofErr w:type="spellEnd"/>
          </w:p>
        </w:tc>
        <w:tc>
          <w:tcPr>
            <w:tcW w:w="4217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¿Por qué esto importa para mi liderazgo, mi equipo o mi trabajo?</w:t>
            </w:r>
          </w:p>
        </w:tc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8051C2">
        <w:trPr>
          <w:trHeight w:val="1385"/>
          <w:jc w:val="center"/>
        </w:trPr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>T – Temporal</w:t>
            </w:r>
          </w:p>
        </w:tc>
        <w:tc>
          <w:tcPr>
            <w:tcW w:w="4217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¿Cuál es el plazo concreto de revisión?</w:t>
            </w:r>
          </w:p>
        </w:tc>
        <w:tc>
          <w:tcPr>
            <w:tcW w:w="3491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</w:tbl>
    <w:p w:rsidR="00F25701" w:rsidRPr="00707EF2" w:rsidRDefault="00F25701">
      <w:pPr>
        <w:pStyle w:val="Ttulo1"/>
        <w:rPr>
          <w:lang w:val="es-AR"/>
        </w:rPr>
      </w:pPr>
    </w:p>
    <w:p w:rsidR="00B30784" w:rsidRPr="00C40F81" w:rsidRDefault="00B30784">
      <w:pPr>
        <w:pStyle w:val="Ttulo1"/>
        <w:rPr>
          <w:lang w:val="es-AR"/>
        </w:rPr>
      </w:pPr>
    </w:p>
    <w:p w:rsidR="00527E8F" w:rsidRPr="00707EF2" w:rsidRDefault="00815C3F">
      <w:pPr>
        <w:pStyle w:val="Ttulo1"/>
      </w:pPr>
      <w:r>
        <w:t>6</w:t>
      </w:r>
      <w:r w:rsidR="00433273" w:rsidRPr="00707EF2">
        <w:t xml:space="preserve">. </w:t>
      </w:r>
      <w:proofErr w:type="spellStart"/>
      <w:r w:rsidR="00433273" w:rsidRPr="00707EF2">
        <w:t>Mi</w:t>
      </w:r>
      <w:proofErr w:type="spellEnd"/>
      <w:r w:rsidR="00433273" w:rsidRPr="00707EF2">
        <w:t xml:space="preserve"> Top 5 </w:t>
      </w:r>
      <w:proofErr w:type="spellStart"/>
      <w:r w:rsidR="00433273" w:rsidRPr="00707EF2">
        <w:t>quincenal</w:t>
      </w:r>
      <w:proofErr w:type="spellEnd"/>
    </w:p>
    <w:tbl>
      <w:tblPr>
        <w:tblW w:w="11104" w:type="dxa"/>
        <w:jc w:val="center"/>
        <w:tblLayout w:type="fixed"/>
        <w:tblLook w:val="04A0" w:firstRow="1" w:lastRow="0" w:firstColumn="1" w:lastColumn="0" w:noHBand="0" w:noVBand="1"/>
      </w:tblPr>
      <w:tblGrid>
        <w:gridCol w:w="1040"/>
        <w:gridCol w:w="5344"/>
        <w:gridCol w:w="4720"/>
      </w:tblGrid>
      <w:tr w:rsidR="00527E8F" w:rsidRPr="00EE2AB1" w:rsidTr="00B30784">
        <w:trPr>
          <w:trHeight w:val="1291"/>
          <w:jc w:val="center"/>
        </w:trPr>
        <w:tc>
          <w:tcPr>
            <w:tcW w:w="1040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21433A"/>
                <w:sz w:val="28"/>
                <w:szCs w:val="28"/>
              </w:rPr>
              <w:t>N°</w:t>
            </w:r>
          </w:p>
        </w:tc>
        <w:tc>
          <w:tcPr>
            <w:tcW w:w="5344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proofErr w:type="spellStart"/>
            <w:r w:rsidRPr="00707EF2">
              <w:rPr>
                <w:b/>
                <w:color w:val="21433A"/>
                <w:sz w:val="28"/>
                <w:szCs w:val="28"/>
              </w:rPr>
              <w:t>Prioridad</w:t>
            </w:r>
            <w:proofErr w:type="spellEnd"/>
          </w:p>
        </w:tc>
        <w:tc>
          <w:tcPr>
            <w:tcW w:w="4720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  <w:lang w:val="es-AR"/>
              </w:rPr>
            </w:pPr>
            <w:r w:rsidRPr="00707EF2">
              <w:rPr>
                <w:b/>
                <w:color w:val="21433A"/>
                <w:sz w:val="28"/>
                <w:szCs w:val="28"/>
                <w:lang w:val="es-AR"/>
              </w:rPr>
              <w:t>¿Cómo voy a cuidarla o hacerla visible?</w:t>
            </w:r>
          </w:p>
        </w:tc>
      </w:tr>
      <w:tr w:rsidR="00527E8F" w:rsidRPr="00707EF2" w:rsidTr="00B30784">
        <w:trPr>
          <w:trHeight w:val="731"/>
          <w:jc w:val="center"/>
        </w:trPr>
        <w:tc>
          <w:tcPr>
            <w:tcW w:w="104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>1</w:t>
            </w:r>
          </w:p>
        </w:tc>
        <w:tc>
          <w:tcPr>
            <w:tcW w:w="5344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  <w:tc>
          <w:tcPr>
            <w:tcW w:w="472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</w:tr>
      <w:tr w:rsidR="00527E8F" w:rsidRPr="00707EF2" w:rsidTr="00B30784">
        <w:trPr>
          <w:trHeight w:val="774"/>
          <w:jc w:val="center"/>
        </w:trPr>
        <w:tc>
          <w:tcPr>
            <w:tcW w:w="104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>2</w:t>
            </w:r>
          </w:p>
        </w:tc>
        <w:tc>
          <w:tcPr>
            <w:tcW w:w="5344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  <w:tc>
          <w:tcPr>
            <w:tcW w:w="472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</w:tr>
      <w:tr w:rsidR="00527E8F" w:rsidRPr="00707EF2" w:rsidTr="00B30784">
        <w:trPr>
          <w:trHeight w:val="731"/>
          <w:jc w:val="center"/>
        </w:trPr>
        <w:tc>
          <w:tcPr>
            <w:tcW w:w="104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>3</w:t>
            </w:r>
          </w:p>
        </w:tc>
        <w:tc>
          <w:tcPr>
            <w:tcW w:w="5344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  <w:tc>
          <w:tcPr>
            <w:tcW w:w="472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</w:tr>
      <w:tr w:rsidR="00527E8F" w:rsidRPr="00707EF2" w:rsidTr="00B30784">
        <w:trPr>
          <w:trHeight w:val="774"/>
          <w:jc w:val="center"/>
        </w:trPr>
        <w:tc>
          <w:tcPr>
            <w:tcW w:w="104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lastRenderedPageBreak/>
              <w:t>4</w:t>
            </w:r>
          </w:p>
        </w:tc>
        <w:tc>
          <w:tcPr>
            <w:tcW w:w="5344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  <w:tc>
          <w:tcPr>
            <w:tcW w:w="472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</w:tr>
      <w:tr w:rsidR="00527E8F" w:rsidRPr="00707EF2" w:rsidTr="00B30784">
        <w:trPr>
          <w:trHeight w:val="688"/>
          <w:jc w:val="center"/>
        </w:trPr>
        <w:tc>
          <w:tcPr>
            <w:tcW w:w="104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433273">
            <w:pPr>
              <w:jc w:val="center"/>
              <w:rPr>
                <w:sz w:val="28"/>
                <w:szCs w:val="28"/>
              </w:rPr>
            </w:pPr>
            <w:r w:rsidRPr="00707EF2">
              <w:rPr>
                <w:b/>
                <w:color w:val="00774F"/>
                <w:sz w:val="28"/>
                <w:szCs w:val="28"/>
              </w:rPr>
              <w:t>5</w:t>
            </w:r>
          </w:p>
        </w:tc>
        <w:tc>
          <w:tcPr>
            <w:tcW w:w="5344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  <w:tc>
          <w:tcPr>
            <w:tcW w:w="4720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70" w:type="dxa"/>
              <w:left w:w="90" w:type="dxa"/>
              <w:bottom w:w="250" w:type="dxa"/>
              <w:right w:w="90" w:type="dxa"/>
            </w:tcMar>
          </w:tcPr>
          <w:p w:rsidR="00527E8F" w:rsidRPr="00707EF2" w:rsidRDefault="00527E8F">
            <w:pPr>
              <w:rPr>
                <w:sz w:val="28"/>
                <w:szCs w:val="28"/>
              </w:rPr>
            </w:pPr>
          </w:p>
        </w:tc>
      </w:tr>
    </w:tbl>
    <w:p w:rsidR="00E307B6" w:rsidRPr="00707EF2" w:rsidRDefault="00E307B6">
      <w:pPr>
        <w:rPr>
          <w:sz w:val="28"/>
          <w:szCs w:val="28"/>
        </w:rPr>
      </w:pPr>
    </w:p>
    <w:p w:rsidR="00527E8F" w:rsidRPr="004A2047" w:rsidRDefault="00FF0E40">
      <w:pPr>
        <w:pStyle w:val="Ttulo1"/>
        <w:rPr>
          <w:sz w:val="32"/>
          <w:szCs w:val="32"/>
        </w:rPr>
      </w:pPr>
      <w:r>
        <w:rPr>
          <w:sz w:val="32"/>
          <w:szCs w:val="32"/>
        </w:rPr>
        <w:t>7</w:t>
      </w:r>
      <w:r w:rsidR="00433273" w:rsidRPr="004A2047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l</w:t>
      </w:r>
      <w:r w:rsidR="00433273" w:rsidRPr="004A2047">
        <w:rPr>
          <w:sz w:val="32"/>
          <w:szCs w:val="32"/>
        </w:rPr>
        <w:t>ista</w:t>
      </w:r>
      <w:proofErr w:type="spellEnd"/>
      <w:r w:rsidR="00433273" w:rsidRPr="004A2047">
        <w:rPr>
          <w:sz w:val="32"/>
          <w:szCs w:val="32"/>
        </w:rPr>
        <w:t xml:space="preserve"> </w:t>
      </w:r>
      <w:r w:rsidR="00985C47">
        <w:rPr>
          <w:sz w:val="32"/>
          <w:szCs w:val="32"/>
        </w:rPr>
        <w:t>“</w:t>
      </w:r>
      <w:r w:rsidR="00433273" w:rsidRPr="004A2047">
        <w:rPr>
          <w:sz w:val="32"/>
          <w:szCs w:val="32"/>
        </w:rPr>
        <w:t>NO HACER</w:t>
      </w:r>
      <w:r w:rsidR="00985C47">
        <w:rPr>
          <w:sz w:val="32"/>
          <w:szCs w:val="32"/>
        </w:rPr>
        <w:t>”</w:t>
      </w:r>
    </w:p>
    <w:tbl>
      <w:tblPr>
        <w:tblW w:w="11736" w:type="dxa"/>
        <w:jc w:val="center"/>
        <w:tblLayout w:type="fixed"/>
        <w:tblLook w:val="04A0" w:firstRow="1" w:lastRow="0" w:firstColumn="1" w:lastColumn="0" w:noHBand="0" w:noVBand="1"/>
      </w:tblPr>
      <w:tblGrid>
        <w:gridCol w:w="6008"/>
        <w:gridCol w:w="5728"/>
      </w:tblGrid>
      <w:tr w:rsidR="00527E8F" w:rsidRPr="00707EF2" w:rsidTr="00C7628E">
        <w:trPr>
          <w:trHeight w:val="753"/>
          <w:jc w:val="center"/>
        </w:trPr>
        <w:tc>
          <w:tcPr>
            <w:tcW w:w="6008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3D35B4" w:rsidRDefault="00433273">
            <w:pPr>
              <w:jc w:val="center"/>
              <w:rPr>
                <w:sz w:val="32"/>
                <w:szCs w:val="32"/>
              </w:rPr>
            </w:pPr>
            <w:proofErr w:type="spellStart"/>
            <w:r w:rsidRPr="003D35B4">
              <w:rPr>
                <w:b/>
                <w:color w:val="21433A"/>
                <w:sz w:val="32"/>
                <w:szCs w:val="32"/>
              </w:rPr>
              <w:t>Ítem</w:t>
            </w:r>
            <w:proofErr w:type="spellEnd"/>
          </w:p>
        </w:tc>
        <w:tc>
          <w:tcPr>
            <w:tcW w:w="5728" w:type="dxa"/>
            <w:tcBorders>
              <w:top w:val="single" w:sz="4" w:space="0" w:color="00774F"/>
              <w:left w:val="single" w:sz="4" w:space="0" w:color="00774F"/>
              <w:bottom w:val="single" w:sz="4" w:space="0" w:color="00774F"/>
              <w:right w:val="single" w:sz="4" w:space="0" w:color="00774F"/>
            </w:tcBorders>
            <w:shd w:val="clear" w:color="auto" w:fill="CFE8DE"/>
            <w:tcMar>
              <w:top w:w="80" w:type="dxa"/>
              <w:left w:w="90" w:type="dxa"/>
              <w:bottom w:w="80" w:type="dxa"/>
              <w:right w:w="90" w:type="dxa"/>
            </w:tcMar>
          </w:tcPr>
          <w:p w:rsidR="00527E8F" w:rsidRPr="003D35B4" w:rsidRDefault="00433273">
            <w:pPr>
              <w:jc w:val="center"/>
              <w:rPr>
                <w:sz w:val="32"/>
                <w:szCs w:val="32"/>
              </w:rPr>
            </w:pPr>
            <w:proofErr w:type="spellStart"/>
            <w:r w:rsidRPr="003D35B4">
              <w:rPr>
                <w:b/>
                <w:color w:val="21433A"/>
                <w:sz w:val="32"/>
                <w:szCs w:val="32"/>
              </w:rPr>
              <w:t>Anotaciones</w:t>
            </w:r>
            <w:proofErr w:type="spellEnd"/>
            <w:r w:rsidRPr="003D35B4">
              <w:rPr>
                <w:b/>
                <w:color w:val="21433A"/>
                <w:sz w:val="32"/>
                <w:szCs w:val="32"/>
              </w:rPr>
              <w:t xml:space="preserve"> / </w:t>
            </w:r>
            <w:proofErr w:type="spellStart"/>
            <w:r w:rsidRPr="003D35B4">
              <w:rPr>
                <w:b/>
                <w:color w:val="21433A"/>
                <w:sz w:val="32"/>
                <w:szCs w:val="32"/>
              </w:rPr>
              <w:t>evidencia</w:t>
            </w:r>
            <w:proofErr w:type="spellEnd"/>
          </w:p>
        </w:tc>
      </w:tr>
      <w:tr w:rsidR="00527E8F" w:rsidRPr="00EE2AB1" w:rsidTr="00C7628E">
        <w:trPr>
          <w:trHeight w:val="1331"/>
          <w:jc w:val="center"/>
        </w:trPr>
        <w:tc>
          <w:tcPr>
            <w:tcW w:w="600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Actividad o hábito que voy a pausar</w:t>
            </w:r>
          </w:p>
        </w:tc>
        <w:tc>
          <w:tcPr>
            <w:tcW w:w="572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C7628E">
        <w:trPr>
          <w:trHeight w:val="1375"/>
          <w:jc w:val="center"/>
        </w:trPr>
        <w:tc>
          <w:tcPr>
            <w:tcW w:w="600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Pedido o demanda que necesito renegociar</w:t>
            </w:r>
          </w:p>
        </w:tc>
        <w:tc>
          <w:tcPr>
            <w:tcW w:w="572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C7628E">
        <w:trPr>
          <w:trHeight w:val="1331"/>
          <w:jc w:val="center"/>
        </w:trPr>
        <w:tc>
          <w:tcPr>
            <w:tcW w:w="600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Reunión, impulso o tarea que puedo delegar</w:t>
            </w:r>
          </w:p>
        </w:tc>
        <w:tc>
          <w:tcPr>
            <w:tcW w:w="572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  <w:tr w:rsidR="00527E8F" w:rsidRPr="00EE2AB1" w:rsidTr="00C7628E">
        <w:trPr>
          <w:trHeight w:val="1331"/>
          <w:jc w:val="center"/>
        </w:trPr>
        <w:tc>
          <w:tcPr>
            <w:tcW w:w="600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color w:val="000000"/>
                <w:sz w:val="28"/>
                <w:szCs w:val="28"/>
                <w:lang w:val="es-AR"/>
              </w:rPr>
              <w:t>Acción que hoy hago por costumbre y ya no agrega valor</w:t>
            </w:r>
          </w:p>
        </w:tc>
        <w:tc>
          <w:tcPr>
            <w:tcW w:w="5728" w:type="dxa"/>
            <w:tcBorders>
              <w:top w:val="single" w:sz="4" w:space="0" w:color="DCEBE4"/>
              <w:left w:val="single" w:sz="4" w:space="0" w:color="DCEBE4"/>
              <w:bottom w:val="single" w:sz="4" w:space="0" w:color="DCEBE4"/>
              <w:right w:val="single" w:sz="4" w:space="0" w:color="DCEBE4"/>
            </w:tcBorders>
            <w:tcMar>
              <w:top w:w="110" w:type="dxa"/>
              <w:left w:w="90" w:type="dxa"/>
              <w:bottom w:w="220" w:type="dxa"/>
              <w:right w:w="90" w:type="dxa"/>
            </w:tcMar>
          </w:tcPr>
          <w:p w:rsidR="00527E8F" w:rsidRPr="00707EF2" w:rsidRDefault="00433273">
            <w:pPr>
              <w:rPr>
                <w:sz w:val="28"/>
                <w:szCs w:val="28"/>
                <w:lang w:val="es-AR"/>
              </w:rPr>
            </w:pPr>
            <w:r w:rsidRPr="00707EF2">
              <w:rPr>
                <w:sz w:val="28"/>
                <w:szCs w:val="28"/>
                <w:lang w:val="es-AR"/>
              </w:rPr>
              <w:br/>
            </w:r>
          </w:p>
        </w:tc>
      </w:tr>
    </w:tbl>
    <w:p w:rsidR="00761284" w:rsidRDefault="00761284">
      <w:pPr>
        <w:pStyle w:val="Ttulo1"/>
        <w:rPr>
          <w:sz w:val="32"/>
          <w:szCs w:val="32"/>
          <w:lang w:val="es-AR"/>
        </w:rPr>
      </w:pPr>
    </w:p>
    <w:p w:rsidR="00527E8F" w:rsidRPr="004A2047" w:rsidRDefault="00446E30">
      <w:pPr>
        <w:pStyle w:val="Ttulo1"/>
        <w:rPr>
          <w:sz w:val="32"/>
          <w:szCs w:val="32"/>
          <w:lang w:val="es-AR"/>
        </w:rPr>
      </w:pPr>
      <w:r>
        <w:rPr>
          <w:sz w:val="32"/>
          <w:szCs w:val="32"/>
          <w:lang w:val="es-AR"/>
        </w:rPr>
        <w:t>8</w:t>
      </w:r>
      <w:r w:rsidR="00433273" w:rsidRPr="004A2047">
        <w:rPr>
          <w:sz w:val="32"/>
          <w:szCs w:val="32"/>
          <w:lang w:val="es-AR"/>
        </w:rPr>
        <w:t>. Mi criterio personal de priorización</w:t>
      </w:r>
    </w:p>
    <w:p w:rsidR="00527E8F" w:rsidRPr="00707EF2" w:rsidRDefault="00433273">
      <w:pPr>
        <w:rPr>
          <w:sz w:val="28"/>
          <w:szCs w:val="28"/>
          <w:lang w:val="es-AR"/>
        </w:rPr>
      </w:pPr>
      <w:proofErr w:type="spellStart"/>
      <w:r w:rsidRPr="00707EF2">
        <w:rPr>
          <w:sz w:val="28"/>
          <w:szCs w:val="28"/>
          <w:lang w:val="es-AR"/>
        </w:rPr>
        <w:t>Completá</w:t>
      </w:r>
      <w:proofErr w:type="spellEnd"/>
      <w:r w:rsidRPr="00707EF2">
        <w:rPr>
          <w:sz w:val="28"/>
          <w:szCs w:val="28"/>
          <w:lang w:val="es-AR"/>
        </w:rPr>
        <w:t xml:space="preserve"> una frase propia que te sirva como ancla de liderazgo para esta quincena.</w:t>
      </w:r>
    </w:p>
    <w:p w:rsidR="00527E8F" w:rsidRPr="00707EF2" w:rsidRDefault="00433273">
      <w:pPr>
        <w:rPr>
          <w:sz w:val="28"/>
          <w:szCs w:val="28"/>
          <w:lang w:val="es-AR"/>
        </w:rPr>
      </w:pPr>
      <w:r w:rsidRPr="00707EF2">
        <w:rPr>
          <w:b/>
          <w:sz w:val="28"/>
          <w:szCs w:val="28"/>
          <w:lang w:val="es-AR"/>
        </w:rPr>
        <w:t xml:space="preserve">Voy a priorizar en función de… 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4A2047">
        <w:rPr>
          <w:sz w:val="28"/>
          <w:szCs w:val="28"/>
          <w:lang w:val="es-AR"/>
        </w:rPr>
        <w:t>_________________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4A2047">
        <w:rPr>
          <w:sz w:val="28"/>
          <w:szCs w:val="28"/>
          <w:lang w:val="es-AR"/>
        </w:rPr>
        <w:t>_________________</w:t>
      </w:r>
    </w:p>
    <w:p w:rsidR="00DA3D80" w:rsidRDefault="00DA3D80">
      <w:pPr>
        <w:pStyle w:val="Ttulo1"/>
        <w:rPr>
          <w:lang w:val="es-AR"/>
        </w:rPr>
      </w:pPr>
    </w:p>
    <w:p w:rsidR="00527E8F" w:rsidRPr="000717A9" w:rsidRDefault="00B0287B">
      <w:pPr>
        <w:pStyle w:val="Ttulo1"/>
        <w:rPr>
          <w:sz w:val="32"/>
          <w:szCs w:val="32"/>
          <w:lang w:val="es-AR"/>
        </w:rPr>
      </w:pPr>
      <w:r>
        <w:rPr>
          <w:sz w:val="32"/>
          <w:szCs w:val="32"/>
          <w:lang w:val="es-AR"/>
        </w:rPr>
        <w:t>9</w:t>
      </w:r>
      <w:r w:rsidR="00433273" w:rsidRPr="000717A9">
        <w:rPr>
          <w:sz w:val="32"/>
          <w:szCs w:val="32"/>
          <w:lang w:val="es-AR"/>
        </w:rPr>
        <w:t xml:space="preserve">. </w:t>
      </w:r>
      <w:proofErr w:type="spellStart"/>
      <w:r w:rsidR="00433273" w:rsidRPr="000717A9">
        <w:rPr>
          <w:sz w:val="32"/>
          <w:szCs w:val="32"/>
          <w:lang w:val="es-AR"/>
        </w:rPr>
        <w:t>Microdesafío</w:t>
      </w:r>
      <w:proofErr w:type="spellEnd"/>
      <w:r w:rsidR="00433273" w:rsidRPr="000717A9">
        <w:rPr>
          <w:sz w:val="32"/>
          <w:szCs w:val="32"/>
          <w:lang w:val="es-AR"/>
        </w:rPr>
        <w:t xml:space="preserve"> entre clases</w:t>
      </w:r>
      <w:r w:rsidR="00761284">
        <w:rPr>
          <w:sz w:val="32"/>
          <w:szCs w:val="32"/>
          <w:lang w:val="es-AR"/>
        </w:rPr>
        <w:t xml:space="preserve"> 2 y 3:</w:t>
      </w:r>
    </w:p>
    <w:p w:rsidR="00D93A15" w:rsidRPr="00707EF2" w:rsidRDefault="00433273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 xml:space="preserve">Durante dos semanas </w:t>
      </w:r>
      <w:proofErr w:type="spellStart"/>
      <w:r w:rsidRPr="00707EF2">
        <w:rPr>
          <w:sz w:val="28"/>
          <w:szCs w:val="28"/>
          <w:lang w:val="es-AR"/>
        </w:rPr>
        <w:t>sostené</w:t>
      </w:r>
      <w:proofErr w:type="spellEnd"/>
      <w:r w:rsidRPr="00707EF2">
        <w:rPr>
          <w:sz w:val="28"/>
          <w:szCs w:val="28"/>
          <w:lang w:val="es-AR"/>
        </w:rPr>
        <w:t xml:space="preserve"> tu Top 5 y </w:t>
      </w:r>
      <w:proofErr w:type="spellStart"/>
      <w:r w:rsidRPr="00707EF2">
        <w:rPr>
          <w:sz w:val="28"/>
          <w:szCs w:val="28"/>
          <w:lang w:val="es-AR"/>
        </w:rPr>
        <w:t>registrá</w:t>
      </w:r>
      <w:proofErr w:type="spellEnd"/>
      <w:r w:rsidRPr="00707EF2">
        <w:rPr>
          <w:sz w:val="28"/>
          <w:szCs w:val="28"/>
          <w:lang w:val="es-AR"/>
        </w:rPr>
        <w:t xml:space="preserve"> tres cosas: </w:t>
      </w:r>
    </w:p>
    <w:p w:rsidR="00D93A15" w:rsidRPr="00707EF2" w:rsidRDefault="00D93A15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*</w:t>
      </w:r>
      <w:r w:rsidR="000C6D50">
        <w:rPr>
          <w:sz w:val="28"/>
          <w:szCs w:val="28"/>
          <w:lang w:val="es-AR"/>
        </w:rPr>
        <w:t>Q</w:t>
      </w:r>
      <w:r w:rsidR="00433273" w:rsidRPr="00707EF2">
        <w:rPr>
          <w:sz w:val="28"/>
          <w:szCs w:val="28"/>
          <w:lang w:val="es-AR"/>
        </w:rPr>
        <w:t xml:space="preserve">ué interrumpió, </w:t>
      </w:r>
    </w:p>
    <w:p w:rsidR="00D93A15" w:rsidRPr="00707EF2" w:rsidRDefault="00D93A15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*</w:t>
      </w:r>
      <w:r w:rsidR="000C6D50">
        <w:rPr>
          <w:sz w:val="28"/>
          <w:szCs w:val="28"/>
          <w:lang w:val="es-AR"/>
        </w:rPr>
        <w:t>Q</w:t>
      </w:r>
      <w:r w:rsidR="00433273" w:rsidRPr="00707EF2">
        <w:rPr>
          <w:sz w:val="28"/>
          <w:szCs w:val="28"/>
          <w:lang w:val="es-AR"/>
        </w:rPr>
        <w:t>ué pudiste renegociar y</w:t>
      </w:r>
    </w:p>
    <w:p w:rsidR="00527E8F" w:rsidRPr="00707EF2" w:rsidRDefault="00D93A15">
      <w:pPr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*</w:t>
      </w:r>
      <w:r w:rsidR="000C6D50">
        <w:rPr>
          <w:sz w:val="28"/>
          <w:szCs w:val="28"/>
          <w:lang w:val="es-AR"/>
        </w:rPr>
        <w:t>Q</w:t>
      </w:r>
      <w:r w:rsidR="00433273" w:rsidRPr="00707EF2">
        <w:rPr>
          <w:sz w:val="28"/>
          <w:szCs w:val="28"/>
          <w:lang w:val="es-AR"/>
        </w:rPr>
        <w:t>ué aprendizaje apareció sobre tu forma de liderar.</w:t>
      </w:r>
    </w:p>
    <w:p w:rsidR="00527E8F" w:rsidRPr="000C6D50" w:rsidRDefault="00433273">
      <w:pPr>
        <w:rPr>
          <w:color w:val="002060"/>
          <w:sz w:val="28"/>
          <w:szCs w:val="28"/>
          <w:lang w:val="es-AR"/>
        </w:rPr>
      </w:pPr>
      <w:r w:rsidRPr="000C6D50">
        <w:rPr>
          <w:b/>
          <w:color w:val="002060"/>
          <w:sz w:val="28"/>
          <w:szCs w:val="28"/>
          <w:lang w:val="es-AR"/>
        </w:rPr>
        <w:t>Interrupción o cambio de foco que más apareció: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0C6D50">
        <w:rPr>
          <w:sz w:val="28"/>
          <w:szCs w:val="28"/>
          <w:lang w:val="es-AR"/>
        </w:rPr>
        <w:t>_________________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0C6D50">
        <w:rPr>
          <w:sz w:val="28"/>
          <w:szCs w:val="28"/>
          <w:lang w:val="es-AR"/>
        </w:rPr>
        <w:t>_________________</w:t>
      </w:r>
    </w:p>
    <w:p w:rsidR="007822BF" w:rsidRDefault="007822BF">
      <w:pPr>
        <w:rPr>
          <w:b/>
          <w:color w:val="002060"/>
          <w:sz w:val="28"/>
          <w:szCs w:val="28"/>
          <w:lang w:val="es-AR"/>
        </w:rPr>
      </w:pPr>
    </w:p>
    <w:p w:rsidR="00527E8F" w:rsidRPr="000C6D50" w:rsidRDefault="00433273">
      <w:pPr>
        <w:rPr>
          <w:color w:val="002060"/>
          <w:sz w:val="28"/>
          <w:szCs w:val="28"/>
          <w:lang w:val="es-AR"/>
        </w:rPr>
      </w:pPr>
      <w:r w:rsidRPr="000C6D50">
        <w:rPr>
          <w:b/>
          <w:color w:val="002060"/>
          <w:sz w:val="28"/>
          <w:szCs w:val="28"/>
          <w:lang w:val="es-AR"/>
        </w:rPr>
        <w:t>Renegociación que necesité hacer: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7822BF">
        <w:rPr>
          <w:sz w:val="28"/>
          <w:szCs w:val="28"/>
          <w:lang w:val="es-AR"/>
        </w:rPr>
        <w:t>_________________</w:t>
      </w:r>
    </w:p>
    <w:p w:rsidR="00527E8F" w:rsidRPr="00707EF2" w:rsidRDefault="00433273">
      <w:pPr>
        <w:spacing w:after="60"/>
        <w:rPr>
          <w:sz w:val="28"/>
          <w:szCs w:val="28"/>
          <w:lang w:val="es-AR"/>
        </w:rPr>
      </w:pPr>
      <w:r w:rsidRPr="00707EF2">
        <w:rPr>
          <w:sz w:val="28"/>
          <w:szCs w:val="28"/>
          <w:lang w:val="es-AR"/>
        </w:rPr>
        <w:t>____________________________________________________________</w:t>
      </w:r>
      <w:r w:rsidR="007822BF">
        <w:rPr>
          <w:sz w:val="28"/>
          <w:szCs w:val="28"/>
          <w:lang w:val="es-AR"/>
        </w:rPr>
        <w:t>_________________</w:t>
      </w:r>
    </w:p>
    <w:p w:rsidR="007822BF" w:rsidRDefault="007822BF">
      <w:pPr>
        <w:rPr>
          <w:b/>
          <w:color w:val="002060"/>
          <w:sz w:val="28"/>
          <w:szCs w:val="28"/>
          <w:lang w:val="es-AR"/>
        </w:rPr>
      </w:pPr>
    </w:p>
    <w:p w:rsidR="00527E8F" w:rsidRPr="007822BF" w:rsidRDefault="00433273">
      <w:pPr>
        <w:rPr>
          <w:color w:val="002060"/>
          <w:sz w:val="28"/>
          <w:szCs w:val="28"/>
          <w:lang w:val="es-AR"/>
        </w:rPr>
      </w:pPr>
      <w:r w:rsidRPr="007822BF">
        <w:rPr>
          <w:b/>
          <w:color w:val="002060"/>
          <w:sz w:val="28"/>
          <w:szCs w:val="28"/>
          <w:lang w:val="es-AR"/>
        </w:rPr>
        <w:t>Aprendizaje sobre mi forma de priorizar:</w:t>
      </w:r>
    </w:p>
    <w:p w:rsidR="00527E8F" w:rsidRPr="007822BF" w:rsidRDefault="00433273">
      <w:pPr>
        <w:spacing w:after="60"/>
        <w:rPr>
          <w:sz w:val="28"/>
          <w:szCs w:val="28"/>
          <w:lang w:val="es-AR"/>
        </w:rPr>
      </w:pPr>
      <w:r w:rsidRPr="007822BF">
        <w:rPr>
          <w:sz w:val="28"/>
          <w:szCs w:val="28"/>
          <w:lang w:val="es-AR"/>
        </w:rPr>
        <w:t>____________________________________________________________</w:t>
      </w:r>
      <w:r w:rsidR="007822BF">
        <w:rPr>
          <w:sz w:val="28"/>
          <w:szCs w:val="28"/>
          <w:lang w:val="es-AR"/>
        </w:rPr>
        <w:t>_________________</w:t>
      </w:r>
    </w:p>
    <w:p w:rsidR="00112C13" w:rsidRDefault="00DF0396">
      <w:pPr>
        <w:spacing w:after="60"/>
        <w:rPr>
          <w:szCs w:val="24"/>
          <w:lang w:val="es-AR"/>
        </w:rPr>
      </w:pPr>
      <w:r w:rsidRPr="00DF0396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527E8F" w:rsidRDefault="00527E8F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Default="00112C13" w:rsidP="00112C13">
      <w:pPr>
        <w:rPr>
          <w:szCs w:val="24"/>
          <w:lang w:val="es-AR"/>
        </w:rPr>
      </w:pPr>
    </w:p>
    <w:p w:rsidR="00112C13" w:rsidRPr="00CB0EBC" w:rsidRDefault="00112C13" w:rsidP="00112C13">
      <w:pPr>
        <w:rPr>
          <w:b/>
          <w:bCs/>
          <w:sz w:val="28"/>
          <w:szCs w:val="28"/>
          <w:lang w:val="es-AR"/>
        </w:rPr>
      </w:pPr>
      <w:r w:rsidRPr="00CB0EBC">
        <w:rPr>
          <w:b/>
          <w:sz w:val="28"/>
          <w:szCs w:val="28"/>
          <w:lang w:val="es-AR"/>
        </w:rPr>
        <w:t xml:space="preserve">10. </w:t>
      </w:r>
      <w:proofErr w:type="spellStart"/>
      <w:r w:rsidRPr="00CB0EBC">
        <w:rPr>
          <w:b/>
          <w:bCs/>
          <w:sz w:val="28"/>
          <w:szCs w:val="28"/>
          <w:lang w:val="es-AR"/>
        </w:rPr>
        <w:t>Debrief</w:t>
      </w:r>
      <w:proofErr w:type="spellEnd"/>
      <w:r w:rsidRPr="00CB0EBC">
        <w:rPr>
          <w:b/>
          <w:bCs/>
          <w:sz w:val="28"/>
          <w:szCs w:val="28"/>
          <w:lang w:val="es-AR"/>
        </w:rPr>
        <w:t xml:space="preserve"> de la dinámica de subasta de tareas: Lo que apareció en la negociación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b/>
          <w:sz w:val="28"/>
          <w:szCs w:val="28"/>
          <w:lang w:val="es-AR"/>
        </w:rPr>
        <w:t>¿Qué elegimos primero y por qué?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CB0EBC" w:rsidRDefault="00112C13" w:rsidP="00112C13">
      <w:pPr>
        <w:rPr>
          <w:b/>
          <w:sz w:val="28"/>
          <w:szCs w:val="28"/>
          <w:lang w:val="es-AR"/>
        </w:rPr>
      </w:pP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b/>
          <w:sz w:val="28"/>
          <w:szCs w:val="28"/>
          <w:lang w:val="es-AR"/>
        </w:rPr>
        <w:t>¿Qué nos costó más dejar afuera?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CB0EBC" w:rsidRDefault="00112C13" w:rsidP="00112C13">
      <w:pPr>
        <w:rPr>
          <w:b/>
          <w:sz w:val="28"/>
          <w:szCs w:val="28"/>
          <w:lang w:val="es-AR"/>
        </w:rPr>
      </w:pP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b/>
          <w:sz w:val="28"/>
          <w:szCs w:val="28"/>
          <w:lang w:val="es-AR"/>
        </w:rPr>
        <w:t>¿Qué decisión sentimos que tomamos por hábito y no por criterio?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CB0EBC" w:rsidRDefault="00112C13" w:rsidP="00112C13">
      <w:pPr>
        <w:rPr>
          <w:sz w:val="28"/>
          <w:szCs w:val="28"/>
          <w:lang w:val="es-AR"/>
        </w:rPr>
      </w:pPr>
      <w:r w:rsidRPr="00CB0EBC">
        <w:rPr>
          <w:sz w:val="28"/>
          <w:szCs w:val="28"/>
          <w:lang w:val="es-AR"/>
        </w:rPr>
        <w:t>_____________________________________________________________________________</w:t>
      </w:r>
    </w:p>
    <w:p w:rsidR="00112C13" w:rsidRPr="00CB0EBC" w:rsidRDefault="00112C13" w:rsidP="00112C13">
      <w:pPr>
        <w:rPr>
          <w:b/>
          <w:bCs/>
          <w:sz w:val="28"/>
          <w:szCs w:val="28"/>
          <w:lang w:val="es-AR"/>
        </w:rPr>
      </w:pPr>
    </w:p>
    <w:p w:rsidR="00112C13" w:rsidRPr="00CB0EBC" w:rsidRDefault="00112C13" w:rsidP="00112C13">
      <w:pPr>
        <w:rPr>
          <w:sz w:val="28"/>
          <w:szCs w:val="28"/>
          <w:lang w:val="es-AR"/>
        </w:rPr>
      </w:pPr>
    </w:p>
    <w:p w:rsidR="00112C13" w:rsidRPr="00CB0EBC" w:rsidRDefault="00112C13" w:rsidP="00112C13">
      <w:pPr>
        <w:rPr>
          <w:b/>
          <w:bCs/>
          <w:sz w:val="28"/>
          <w:szCs w:val="28"/>
          <w:lang w:val="es-AR"/>
        </w:rPr>
      </w:pPr>
    </w:p>
    <w:p w:rsidR="00112C13" w:rsidRPr="00CB0EBC" w:rsidRDefault="00112C13" w:rsidP="00112C13">
      <w:pPr>
        <w:rPr>
          <w:sz w:val="28"/>
          <w:szCs w:val="28"/>
          <w:lang w:val="es-AR"/>
        </w:rPr>
      </w:pPr>
    </w:p>
    <w:p w:rsidR="00112C13" w:rsidRPr="00CB0EBC" w:rsidRDefault="00112C13" w:rsidP="00112C13">
      <w:pPr>
        <w:rPr>
          <w:sz w:val="28"/>
          <w:szCs w:val="28"/>
          <w:lang w:val="es-AR"/>
        </w:rPr>
      </w:pPr>
    </w:p>
    <w:sectPr w:rsidR="00112C13" w:rsidRPr="00CB0EBC" w:rsidSect="00CC5216">
      <w:headerReference w:type="default" r:id="rId8"/>
      <w:footerReference w:type="default" r:id="rId9"/>
      <w:pgSz w:w="12240" w:h="15840"/>
      <w:pgMar w:top="720" w:right="720" w:bottom="720" w:left="7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E97" w:rsidRDefault="00075E97">
      <w:pPr>
        <w:spacing w:after="0" w:line="240" w:lineRule="auto"/>
      </w:pPr>
      <w:r>
        <w:separator/>
      </w:r>
    </w:p>
  </w:endnote>
  <w:endnote w:type="continuationSeparator" w:id="0">
    <w:p w:rsidR="00075E97" w:rsidRDefault="00075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E8F" w:rsidRDefault="00527E8F">
    <w:pPr>
      <w:pStyle w:val="Piedepgina"/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680" w:firstRow="0" w:lastRow="0" w:firstColumn="1" w:lastColumn="0" w:noHBand="1" w:noVBand="1"/>
    </w:tblPr>
    <w:tblGrid>
      <w:gridCol w:w="9858"/>
    </w:tblGrid>
    <w:tr w:rsidR="00527E8F" w:rsidRPr="00331637" w:rsidTr="00331637">
      <w:tc>
        <w:tcPr>
          <w:tcW w:w="9858" w:type="dxa"/>
        </w:tcPr>
        <w:p w:rsidR="00527E8F" w:rsidRDefault="00433273">
          <w:pPr>
            <w:jc w:val="center"/>
          </w:pPr>
          <w:r>
            <w:rPr>
              <w:noProof/>
            </w:rPr>
            <w:drawing>
              <wp:inline distT="0" distB="0" distL="0" distR="0" wp14:anchorId="2D7A4C4E" wp14:editId="47CE055B">
                <wp:extent cx="1440000" cy="55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lorena_footer_hires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E97" w:rsidRDefault="00075E97">
      <w:pPr>
        <w:spacing w:after="0" w:line="240" w:lineRule="auto"/>
      </w:pPr>
      <w:r>
        <w:separator/>
      </w:r>
    </w:p>
  </w:footnote>
  <w:footnote w:type="continuationSeparator" w:id="0">
    <w:p w:rsidR="00075E97" w:rsidRDefault="00075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E8F" w:rsidRDefault="00527E8F">
    <w:pPr>
      <w:pStyle w:val="Encabezad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9858"/>
    </w:tblGrid>
    <w:tr w:rsidR="00527E8F" w:rsidRPr="00EE2AB1">
      <w:trPr>
        <w:jc w:val="center"/>
      </w:trPr>
      <w:tc>
        <w:tcPr>
          <w:tcW w:w="9858" w:type="dxa"/>
          <w:tcBorders>
            <w:bottom w:val="single" w:sz="8" w:space="0" w:color="00774F"/>
          </w:tcBorders>
          <w:tcMar>
            <w:top w:w="40" w:type="dxa"/>
            <w:left w:w="60" w:type="dxa"/>
            <w:bottom w:w="60" w:type="dxa"/>
            <w:right w:w="60" w:type="dxa"/>
          </w:tcMar>
        </w:tcPr>
        <w:p w:rsidR="00527E8F" w:rsidRPr="00A10E19" w:rsidRDefault="00433273">
          <w:pPr>
            <w:jc w:val="center"/>
            <w:rPr>
              <w:lang w:val="es-AR"/>
            </w:rPr>
          </w:pPr>
          <w:r w:rsidRPr="00A10E19">
            <w:rPr>
              <w:b/>
              <w:color w:val="00774F"/>
              <w:sz w:val="22"/>
              <w:lang w:val="es-AR"/>
            </w:rPr>
            <w:t>Clase 2 | Curso de Liderazgo Ágil 2026 | Módulo 1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21BD"/>
    <w:rsid w:val="00034616"/>
    <w:rsid w:val="000417A9"/>
    <w:rsid w:val="000429B3"/>
    <w:rsid w:val="0006063C"/>
    <w:rsid w:val="000705D7"/>
    <w:rsid w:val="000717A9"/>
    <w:rsid w:val="00075E97"/>
    <w:rsid w:val="000879A7"/>
    <w:rsid w:val="00093812"/>
    <w:rsid w:val="000B0E5D"/>
    <w:rsid w:val="000B18ED"/>
    <w:rsid w:val="000C6D50"/>
    <w:rsid w:val="00112C13"/>
    <w:rsid w:val="00121E47"/>
    <w:rsid w:val="001361D2"/>
    <w:rsid w:val="0015074B"/>
    <w:rsid w:val="00170A7E"/>
    <w:rsid w:val="001A4F7B"/>
    <w:rsid w:val="001E14BC"/>
    <w:rsid w:val="002676D6"/>
    <w:rsid w:val="002725DF"/>
    <w:rsid w:val="002930E5"/>
    <w:rsid w:val="0029639D"/>
    <w:rsid w:val="002F67E9"/>
    <w:rsid w:val="00326F90"/>
    <w:rsid w:val="00331637"/>
    <w:rsid w:val="00375424"/>
    <w:rsid w:val="003756E5"/>
    <w:rsid w:val="003B1979"/>
    <w:rsid w:val="003C2DD6"/>
    <w:rsid w:val="003C4310"/>
    <w:rsid w:val="003C6A81"/>
    <w:rsid w:val="003D35B4"/>
    <w:rsid w:val="003E0DEE"/>
    <w:rsid w:val="003E15C7"/>
    <w:rsid w:val="003F35BD"/>
    <w:rsid w:val="0040161C"/>
    <w:rsid w:val="00433273"/>
    <w:rsid w:val="00446E30"/>
    <w:rsid w:val="00447365"/>
    <w:rsid w:val="00454D5A"/>
    <w:rsid w:val="00454E40"/>
    <w:rsid w:val="004A2047"/>
    <w:rsid w:val="004F4DB0"/>
    <w:rsid w:val="00514ECD"/>
    <w:rsid w:val="00527E8F"/>
    <w:rsid w:val="00573C7E"/>
    <w:rsid w:val="00575170"/>
    <w:rsid w:val="00594BF4"/>
    <w:rsid w:val="00597771"/>
    <w:rsid w:val="005A3381"/>
    <w:rsid w:val="005E476B"/>
    <w:rsid w:val="006230C8"/>
    <w:rsid w:val="006321E8"/>
    <w:rsid w:val="006A004D"/>
    <w:rsid w:val="006A6AD3"/>
    <w:rsid w:val="006B08A3"/>
    <w:rsid w:val="00707EF2"/>
    <w:rsid w:val="00761284"/>
    <w:rsid w:val="007822BF"/>
    <w:rsid w:val="007E4654"/>
    <w:rsid w:val="008051C2"/>
    <w:rsid w:val="00815C3F"/>
    <w:rsid w:val="00845C6A"/>
    <w:rsid w:val="00880BDF"/>
    <w:rsid w:val="008875F2"/>
    <w:rsid w:val="008A2B35"/>
    <w:rsid w:val="008A575F"/>
    <w:rsid w:val="008B5C52"/>
    <w:rsid w:val="008C44B3"/>
    <w:rsid w:val="008E1FCE"/>
    <w:rsid w:val="00902E64"/>
    <w:rsid w:val="00907CE5"/>
    <w:rsid w:val="009411A1"/>
    <w:rsid w:val="009439FD"/>
    <w:rsid w:val="00971116"/>
    <w:rsid w:val="00985C47"/>
    <w:rsid w:val="009A06CF"/>
    <w:rsid w:val="009C7385"/>
    <w:rsid w:val="009C7761"/>
    <w:rsid w:val="009F7D85"/>
    <w:rsid w:val="00A10E19"/>
    <w:rsid w:val="00A12177"/>
    <w:rsid w:val="00A16350"/>
    <w:rsid w:val="00A70104"/>
    <w:rsid w:val="00A92A25"/>
    <w:rsid w:val="00A939D9"/>
    <w:rsid w:val="00AA1D8D"/>
    <w:rsid w:val="00AB422A"/>
    <w:rsid w:val="00AC425B"/>
    <w:rsid w:val="00AC6A16"/>
    <w:rsid w:val="00AD6493"/>
    <w:rsid w:val="00B0287B"/>
    <w:rsid w:val="00B30784"/>
    <w:rsid w:val="00B353DF"/>
    <w:rsid w:val="00B47730"/>
    <w:rsid w:val="00B56C8C"/>
    <w:rsid w:val="00BA74A5"/>
    <w:rsid w:val="00BB1B79"/>
    <w:rsid w:val="00BC35C8"/>
    <w:rsid w:val="00BD54B6"/>
    <w:rsid w:val="00BF6354"/>
    <w:rsid w:val="00C40F81"/>
    <w:rsid w:val="00C65432"/>
    <w:rsid w:val="00C7628E"/>
    <w:rsid w:val="00CA5401"/>
    <w:rsid w:val="00CB0664"/>
    <w:rsid w:val="00CB0EBC"/>
    <w:rsid w:val="00CC2597"/>
    <w:rsid w:val="00CC4061"/>
    <w:rsid w:val="00CC5216"/>
    <w:rsid w:val="00CE7AE2"/>
    <w:rsid w:val="00D02ABB"/>
    <w:rsid w:val="00D057F2"/>
    <w:rsid w:val="00D17BB5"/>
    <w:rsid w:val="00D32C58"/>
    <w:rsid w:val="00D43CE4"/>
    <w:rsid w:val="00D52941"/>
    <w:rsid w:val="00D65E7A"/>
    <w:rsid w:val="00D845AF"/>
    <w:rsid w:val="00D93A15"/>
    <w:rsid w:val="00DA22D9"/>
    <w:rsid w:val="00DA3D80"/>
    <w:rsid w:val="00DB6918"/>
    <w:rsid w:val="00DC3C7A"/>
    <w:rsid w:val="00DD13AF"/>
    <w:rsid w:val="00DF0396"/>
    <w:rsid w:val="00E106E8"/>
    <w:rsid w:val="00E27A25"/>
    <w:rsid w:val="00E307B6"/>
    <w:rsid w:val="00E454EB"/>
    <w:rsid w:val="00E519C0"/>
    <w:rsid w:val="00E73FC8"/>
    <w:rsid w:val="00EA44AA"/>
    <w:rsid w:val="00ED569C"/>
    <w:rsid w:val="00EE2AB1"/>
    <w:rsid w:val="00EE6E50"/>
    <w:rsid w:val="00F25701"/>
    <w:rsid w:val="00FC693F"/>
    <w:rsid w:val="00FF0E40"/>
    <w:rsid w:val="00FF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1C4600"/>
  <w14:defaultImageDpi w14:val="300"/>
  <w15:docId w15:val="{7FF6209F-4C96-4707-9B7D-7EE665CF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/>
      <w:b/>
      <w:bCs/>
      <w:color w:val="00774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1433A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774F"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774F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585858"/>
      <w:spacing w:val="15"/>
      <w:sz w:val="20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33163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99"/>
    <w:rsid w:val="003316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99"/>
    <w:rsid w:val="0033163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1">
    <w:name w:val="Plain Table 1"/>
    <w:basedOn w:val="Tablanormal"/>
    <w:uiPriority w:val="99"/>
    <w:rsid w:val="0033163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Cuadrculadetablaclara">
    <w:name w:val="Grid Table Light"/>
    <w:basedOn w:val="Tablanormal"/>
    <w:uiPriority w:val="99"/>
    <w:rsid w:val="0033163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F7D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7D8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6FFBA4-1D21-4108-9951-75AC2E02A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9</Pages>
  <Words>849</Words>
  <Characters>4843</Characters>
  <Application>Microsoft Office Word</Application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Usuario de Windows</cp:lastModifiedBy>
  <cp:revision>129</cp:revision>
  <cp:lastPrinted>2026-05-13T11:58:00Z</cp:lastPrinted>
  <dcterms:created xsi:type="dcterms:W3CDTF">2026-04-05T16:25:00Z</dcterms:created>
  <dcterms:modified xsi:type="dcterms:W3CDTF">2026-05-13T12:08:00Z</dcterms:modified>
  <cp:category/>
</cp:coreProperties>
</file>